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425" w:rsidRPr="00572425" w:rsidRDefault="00572425" w:rsidP="00420D0B">
      <w:pPr>
        <w:pStyle w:val="Tekstpodstawowy"/>
        <w:spacing w:after="360"/>
        <w:ind w:right="191"/>
        <w:jc w:val="right"/>
        <w:rPr>
          <w:rFonts w:ascii="Times New Roman" w:hAnsi="Times New Roman" w:cs="Times New Roman"/>
          <w:bCs/>
          <w:sz w:val="36"/>
          <w:szCs w:val="36"/>
        </w:rPr>
      </w:pPr>
      <w:r w:rsidRPr="00572425">
        <w:rPr>
          <w:rFonts w:ascii="Times New Roman" w:hAnsi="Times New Roman" w:cs="Times New Roman"/>
          <w:bCs/>
          <w:sz w:val="36"/>
          <w:szCs w:val="36"/>
        </w:rPr>
        <w:t>Wójt Gminy Sadki</w:t>
      </w:r>
    </w:p>
    <w:p w:rsidR="00BF563C" w:rsidRDefault="0088502D" w:rsidP="00BF563C">
      <w:pPr>
        <w:pStyle w:val="Tekstpodstawowy"/>
        <w:spacing w:line="240" w:lineRule="auto"/>
        <w:ind w:left="-1134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72425">
        <w:rPr>
          <w:rFonts w:ascii="Times New Roman" w:hAnsi="Times New Roman" w:cs="Times New Roman"/>
          <w:b/>
          <w:bCs/>
          <w:sz w:val="32"/>
          <w:szCs w:val="32"/>
        </w:rPr>
        <w:t>WNIOSEK</w:t>
      </w:r>
    </w:p>
    <w:p w:rsidR="000C13DD" w:rsidRPr="00572425" w:rsidRDefault="0088502D" w:rsidP="00BF563C">
      <w:pPr>
        <w:pStyle w:val="Tekstpodstawowy"/>
        <w:spacing w:after="480" w:line="240" w:lineRule="auto"/>
        <w:ind w:left="-1134"/>
        <w:jc w:val="center"/>
        <w:rPr>
          <w:rFonts w:ascii="Times New Roman" w:hAnsi="Times New Roman" w:cs="Times New Roman"/>
          <w:sz w:val="32"/>
          <w:szCs w:val="32"/>
        </w:rPr>
      </w:pPr>
      <w:r w:rsidRPr="00572425">
        <w:rPr>
          <w:rFonts w:ascii="Times New Roman" w:hAnsi="Times New Roman" w:cs="Times New Roman"/>
          <w:sz w:val="32"/>
          <w:szCs w:val="32"/>
        </w:rPr>
        <w:t xml:space="preserve"> </w:t>
      </w:r>
      <w:r w:rsidRPr="00572425">
        <w:rPr>
          <w:rFonts w:ascii="Times New Roman" w:hAnsi="Times New Roman" w:cs="Times New Roman"/>
          <w:b/>
          <w:bCs/>
          <w:sz w:val="32"/>
          <w:szCs w:val="32"/>
        </w:rPr>
        <w:t>o udzielenie ulgi w spłacie zobowiązań podatkowych</w:t>
      </w:r>
    </w:p>
    <w:p w:rsidR="000C13DD" w:rsidRPr="00572425" w:rsidRDefault="0088502D" w:rsidP="00572425">
      <w:pPr>
        <w:pStyle w:val="Tekstpodstawowy"/>
        <w:spacing w:after="240"/>
        <w:ind w:left="-709"/>
        <w:rPr>
          <w:rFonts w:ascii="Times New Roman" w:hAnsi="Times New Roman" w:cs="Times New Roman"/>
          <w:sz w:val="28"/>
          <w:szCs w:val="28"/>
        </w:rPr>
      </w:pPr>
      <w:r w:rsidRPr="00572425">
        <w:rPr>
          <w:rFonts w:ascii="Times New Roman" w:hAnsi="Times New Roman" w:cs="Times New Roman"/>
          <w:b/>
          <w:bCs/>
          <w:sz w:val="28"/>
          <w:szCs w:val="28"/>
        </w:rPr>
        <w:t>I. Wnioskodawca</w:t>
      </w:r>
    </w:p>
    <w:p w:rsidR="00572425" w:rsidRDefault="0088502D" w:rsidP="00203AD1">
      <w:pPr>
        <w:numPr>
          <w:ilvl w:val="0"/>
          <w:numId w:val="12"/>
        </w:numPr>
        <w:ind w:left="-142"/>
        <w:jc w:val="both"/>
        <w:rPr>
          <w:rFonts w:ascii="Times New Roman" w:hAnsi="Times New Roman" w:cs="Times New Roman"/>
        </w:rPr>
      </w:pPr>
      <w:r w:rsidRPr="00572425">
        <w:rPr>
          <w:rFonts w:ascii="Times New Roman" w:hAnsi="Times New Roman" w:cs="Times New Roman"/>
        </w:rPr>
        <w:t xml:space="preserve">Imię i nazwisko: </w:t>
      </w:r>
    </w:p>
    <w:p w:rsidR="000C13DD" w:rsidRPr="00572425" w:rsidRDefault="00572425" w:rsidP="00203AD1">
      <w:pPr>
        <w:ind w:left="-50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……………………………………………………………………………………………………...</w:t>
      </w:r>
    </w:p>
    <w:p w:rsidR="00572425" w:rsidRDefault="0088502D" w:rsidP="00203AD1">
      <w:pPr>
        <w:numPr>
          <w:ilvl w:val="0"/>
          <w:numId w:val="12"/>
        </w:numPr>
        <w:ind w:left="-142"/>
        <w:jc w:val="both"/>
        <w:rPr>
          <w:rFonts w:ascii="Times New Roman" w:hAnsi="Times New Roman" w:cs="Times New Roman"/>
        </w:rPr>
      </w:pPr>
      <w:r w:rsidRPr="00572425">
        <w:rPr>
          <w:rFonts w:ascii="Times New Roman" w:hAnsi="Times New Roman" w:cs="Times New Roman"/>
        </w:rPr>
        <w:t xml:space="preserve">Miejsce zamieszkania: </w:t>
      </w:r>
    </w:p>
    <w:p w:rsidR="000C13DD" w:rsidRPr="00572425" w:rsidRDefault="00572425" w:rsidP="00203AD1">
      <w:pPr>
        <w:spacing w:after="360"/>
        <w:ind w:left="-5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………………………………………………………………………………………………….......</w:t>
      </w:r>
    </w:p>
    <w:p w:rsidR="000C13DD" w:rsidRPr="00572425" w:rsidRDefault="00572425" w:rsidP="00203AD1">
      <w:pPr>
        <w:numPr>
          <w:ilvl w:val="0"/>
          <w:numId w:val="12"/>
        </w:numPr>
        <w:spacing w:after="360"/>
        <w:ind w:left="-148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PESEL: …………………………..       NIP………………………………………………...</w:t>
      </w:r>
    </w:p>
    <w:p w:rsidR="000C13DD" w:rsidRPr="00572425" w:rsidRDefault="0088502D" w:rsidP="00203AD1">
      <w:pPr>
        <w:numPr>
          <w:ilvl w:val="0"/>
          <w:numId w:val="12"/>
        </w:numPr>
        <w:spacing w:after="600"/>
        <w:ind w:left="-148" w:hanging="357"/>
        <w:jc w:val="both"/>
        <w:rPr>
          <w:rFonts w:ascii="Times New Roman" w:hAnsi="Times New Roman" w:cs="Times New Roman"/>
        </w:rPr>
      </w:pPr>
      <w:r w:rsidRPr="00572425">
        <w:rPr>
          <w:rFonts w:ascii="Times New Roman" w:hAnsi="Times New Roman" w:cs="Times New Roman"/>
        </w:rPr>
        <w:t>Dane kontaktowe (telefon, e-mail – dobrowolnie): ……………………………………………</w:t>
      </w:r>
    </w:p>
    <w:p w:rsidR="000C13DD" w:rsidRPr="00914BAD" w:rsidRDefault="0088502D" w:rsidP="00914BAD">
      <w:pPr>
        <w:spacing w:after="360"/>
        <w:ind w:left="-709"/>
        <w:rPr>
          <w:rFonts w:ascii="Times New Roman" w:hAnsi="Times New Roman" w:cs="Times New Roman"/>
          <w:sz w:val="28"/>
          <w:szCs w:val="28"/>
        </w:rPr>
      </w:pPr>
      <w:r w:rsidRPr="00914BAD">
        <w:rPr>
          <w:rFonts w:ascii="Times New Roman" w:hAnsi="Times New Roman" w:cs="Times New Roman"/>
          <w:b/>
          <w:bCs/>
          <w:sz w:val="28"/>
          <w:szCs w:val="28"/>
        </w:rPr>
        <w:t>II. Przedmiot wniosku</w:t>
      </w:r>
      <w:r w:rsidRPr="00914BAD">
        <w:rPr>
          <w:rFonts w:ascii="Times New Roman" w:hAnsi="Times New Roman" w:cs="Times New Roman"/>
          <w:sz w:val="28"/>
          <w:szCs w:val="28"/>
        </w:rPr>
        <w:t xml:space="preserve"> (właściwe zaznaczyć)</w:t>
      </w:r>
    </w:p>
    <w:p w:rsidR="000C13DD" w:rsidRPr="00203AD1" w:rsidRDefault="0088502D" w:rsidP="00203AD1">
      <w:pPr>
        <w:numPr>
          <w:ilvl w:val="0"/>
          <w:numId w:val="26"/>
        </w:numPr>
        <w:ind w:left="-142"/>
        <w:jc w:val="both"/>
        <w:rPr>
          <w:rFonts w:ascii="Times New Roman" w:hAnsi="Times New Roman" w:cs="Times New Roman"/>
          <w:b/>
        </w:rPr>
      </w:pPr>
      <w:r w:rsidRPr="00203AD1">
        <w:rPr>
          <w:rFonts w:ascii="Segoe UI Symbol" w:hAnsi="Segoe UI Symbol" w:cs="Segoe UI Symbol"/>
          <w:b/>
        </w:rPr>
        <w:t>☐</w:t>
      </w:r>
      <w:r w:rsidRPr="00203AD1">
        <w:rPr>
          <w:rFonts w:ascii="Times New Roman" w:hAnsi="Times New Roman" w:cs="Times New Roman"/>
          <w:b/>
        </w:rPr>
        <w:t xml:space="preserve"> Umorzenie w całości lub w części podatku (także przed upływem terminu jego płatności), zaległości podatkowej, odsetek za zwłokę lub opłaty prolongacyjnej.</w:t>
      </w:r>
    </w:p>
    <w:p w:rsidR="000C13DD" w:rsidRPr="00203AD1" w:rsidRDefault="0088502D" w:rsidP="00203AD1">
      <w:pPr>
        <w:numPr>
          <w:ilvl w:val="0"/>
          <w:numId w:val="26"/>
        </w:numPr>
        <w:ind w:left="-142"/>
        <w:jc w:val="both"/>
        <w:rPr>
          <w:rFonts w:ascii="Times New Roman" w:hAnsi="Times New Roman" w:cs="Times New Roman"/>
          <w:b/>
        </w:rPr>
      </w:pPr>
      <w:r w:rsidRPr="00203AD1">
        <w:rPr>
          <w:rFonts w:ascii="Segoe UI Symbol" w:hAnsi="Segoe UI Symbol" w:cs="Segoe UI Symbol"/>
          <w:b/>
        </w:rPr>
        <w:t>☐</w:t>
      </w:r>
      <w:r w:rsidRPr="00203AD1">
        <w:rPr>
          <w:rFonts w:ascii="Times New Roman" w:hAnsi="Times New Roman" w:cs="Times New Roman"/>
          <w:b/>
        </w:rPr>
        <w:t xml:space="preserve"> Odroczenie terminu płatności podatku lub rozłożenie zapłaty podatku na raty.</w:t>
      </w:r>
    </w:p>
    <w:p w:rsidR="000C13DD" w:rsidRPr="00203AD1" w:rsidRDefault="0088502D" w:rsidP="00203AD1">
      <w:pPr>
        <w:numPr>
          <w:ilvl w:val="0"/>
          <w:numId w:val="26"/>
        </w:numPr>
        <w:ind w:left="-142"/>
        <w:jc w:val="both"/>
        <w:rPr>
          <w:rFonts w:ascii="Times New Roman" w:hAnsi="Times New Roman" w:cs="Times New Roman"/>
          <w:b/>
        </w:rPr>
      </w:pPr>
      <w:r w:rsidRPr="00203AD1">
        <w:rPr>
          <w:rFonts w:ascii="Segoe UI Symbol" w:hAnsi="Segoe UI Symbol" w:cs="Segoe UI Symbol"/>
          <w:b/>
        </w:rPr>
        <w:t>☐</w:t>
      </w:r>
      <w:r w:rsidRPr="00203AD1">
        <w:rPr>
          <w:rFonts w:ascii="Times New Roman" w:hAnsi="Times New Roman" w:cs="Times New Roman"/>
          <w:b/>
        </w:rPr>
        <w:t xml:space="preserve"> Odroczenie lub rozłożenie na raty zapłaty zaległości podatk</w:t>
      </w:r>
      <w:r w:rsidR="00BF563C">
        <w:rPr>
          <w:rFonts w:ascii="Times New Roman" w:hAnsi="Times New Roman" w:cs="Times New Roman"/>
          <w:b/>
        </w:rPr>
        <w:t>owej wraz z odsetkami za zwłokę lub odsetek</w:t>
      </w:r>
      <w:r w:rsidR="00BF563C" w:rsidRPr="00BF563C">
        <w:rPr>
          <w:rFonts w:ascii="Times New Roman" w:hAnsi="Times New Roman" w:cs="Times New Roman"/>
          <w:b/>
        </w:rPr>
        <w:t xml:space="preserve"> od nieuregulowanych w terminie zaliczek na podatek</w:t>
      </w:r>
    </w:p>
    <w:p w:rsidR="000C13DD" w:rsidRPr="00572425" w:rsidRDefault="0088502D" w:rsidP="00C07F33">
      <w:pPr>
        <w:numPr>
          <w:ilvl w:val="0"/>
          <w:numId w:val="13"/>
        </w:numPr>
        <w:ind w:left="-142"/>
        <w:jc w:val="both"/>
        <w:rPr>
          <w:rFonts w:ascii="Times New Roman" w:hAnsi="Times New Roman" w:cs="Times New Roman"/>
        </w:rPr>
      </w:pPr>
      <w:r w:rsidRPr="00572425">
        <w:rPr>
          <w:rFonts w:ascii="Times New Roman" w:hAnsi="Times New Roman" w:cs="Times New Roman"/>
        </w:rPr>
        <w:t>Wniosek dotyczy (zaznaczyć i wpisać kwotę):</w:t>
      </w:r>
    </w:p>
    <w:p w:rsidR="000C13DD" w:rsidRPr="00572425" w:rsidRDefault="0088502D" w:rsidP="00C07F33">
      <w:pPr>
        <w:numPr>
          <w:ilvl w:val="1"/>
          <w:numId w:val="14"/>
        </w:numPr>
        <w:ind w:left="426"/>
        <w:jc w:val="both"/>
        <w:rPr>
          <w:rFonts w:ascii="Times New Roman" w:hAnsi="Times New Roman" w:cs="Times New Roman"/>
        </w:rPr>
      </w:pPr>
      <w:r w:rsidRPr="00572425">
        <w:rPr>
          <w:rFonts w:ascii="Segoe UI Symbol" w:hAnsi="Segoe UI Symbol" w:cs="Segoe UI Symbol"/>
        </w:rPr>
        <w:t>☐</w:t>
      </w:r>
      <w:r w:rsidRPr="00572425">
        <w:rPr>
          <w:rFonts w:ascii="Times New Roman" w:hAnsi="Times New Roman" w:cs="Times New Roman"/>
        </w:rPr>
        <w:t xml:space="preserve"> podatku, którego termin płatności jeszcze nie upły</w:t>
      </w:r>
      <w:r w:rsidR="00914BAD">
        <w:rPr>
          <w:rFonts w:ascii="Times New Roman" w:hAnsi="Times New Roman" w:cs="Times New Roman"/>
        </w:rPr>
        <w:t>nął – termin płatności: …………</w:t>
      </w:r>
      <w:r w:rsidR="00103E90">
        <w:rPr>
          <w:rFonts w:ascii="Times New Roman" w:hAnsi="Times New Roman" w:cs="Times New Roman"/>
        </w:rPr>
        <w:t>…………………………………………………………………………………</w:t>
      </w:r>
    </w:p>
    <w:p w:rsidR="000C13DD" w:rsidRPr="00572425" w:rsidRDefault="0088502D" w:rsidP="00C07F33">
      <w:pPr>
        <w:numPr>
          <w:ilvl w:val="1"/>
          <w:numId w:val="14"/>
        </w:numPr>
        <w:ind w:left="426"/>
        <w:jc w:val="both"/>
        <w:rPr>
          <w:rFonts w:ascii="Times New Roman" w:hAnsi="Times New Roman" w:cs="Times New Roman"/>
        </w:rPr>
      </w:pPr>
      <w:r w:rsidRPr="00572425">
        <w:rPr>
          <w:rFonts w:ascii="Segoe UI Symbol" w:hAnsi="Segoe UI Symbol" w:cs="Segoe UI Symbol"/>
        </w:rPr>
        <w:t>☐</w:t>
      </w:r>
      <w:r w:rsidRPr="00572425">
        <w:rPr>
          <w:rFonts w:ascii="Times New Roman" w:hAnsi="Times New Roman" w:cs="Times New Roman"/>
        </w:rPr>
        <w:t xml:space="preserve"> zaległości podatkowej wraz z odsetkami za zwłokę / opłaty prolongacyjnej – termin pł</w:t>
      </w:r>
      <w:r w:rsidR="00103E90">
        <w:rPr>
          <w:rFonts w:ascii="Times New Roman" w:hAnsi="Times New Roman" w:cs="Times New Roman"/>
        </w:rPr>
        <w:t>atności upłynął w dniu: ………………………………………………………………..</w:t>
      </w:r>
    </w:p>
    <w:p w:rsidR="000C13DD" w:rsidRDefault="0088502D" w:rsidP="00C07F33">
      <w:pPr>
        <w:numPr>
          <w:ilvl w:val="0"/>
          <w:numId w:val="13"/>
        </w:numPr>
        <w:ind w:left="-142"/>
        <w:jc w:val="both"/>
        <w:rPr>
          <w:rFonts w:ascii="Times New Roman" w:hAnsi="Times New Roman" w:cs="Times New Roman"/>
        </w:rPr>
      </w:pPr>
      <w:r w:rsidRPr="00572425">
        <w:rPr>
          <w:rFonts w:ascii="Times New Roman" w:hAnsi="Times New Roman" w:cs="Times New Roman"/>
        </w:rPr>
        <w:t>Rodzaj zobowiązania i rata:</w:t>
      </w:r>
    </w:p>
    <w:p w:rsidR="00103E90" w:rsidRPr="00572425" w:rsidRDefault="00103E90" w:rsidP="00C07F33">
      <w:pPr>
        <w:ind w:left="-142"/>
        <w:jc w:val="both"/>
        <w:rPr>
          <w:rFonts w:ascii="Times New Roman" w:hAnsi="Times New Roman" w:cs="Times New Roman"/>
        </w:rPr>
      </w:pPr>
      <w:r w:rsidRPr="00572425">
        <w:rPr>
          <w:rFonts w:ascii="Times New Roman" w:hAnsi="Times New Roman" w:cs="Times New Roman"/>
        </w:rPr>
        <w:t xml:space="preserve">Rata: </w:t>
      </w:r>
      <w:r w:rsidRPr="00572425">
        <w:rPr>
          <w:rFonts w:ascii="Segoe UI Symbol" w:hAnsi="Segoe UI Symbol" w:cs="Segoe UI Symbol"/>
        </w:rPr>
        <w:t>☐</w:t>
      </w:r>
      <w:r w:rsidRPr="00572425">
        <w:rPr>
          <w:rFonts w:ascii="Times New Roman" w:hAnsi="Times New Roman" w:cs="Times New Roman"/>
        </w:rPr>
        <w:t xml:space="preserve"> I </w:t>
      </w:r>
      <w:r w:rsidRPr="00572425">
        <w:rPr>
          <w:rFonts w:ascii="Segoe UI Symbol" w:hAnsi="Segoe UI Symbol" w:cs="Segoe UI Symbol"/>
        </w:rPr>
        <w:t>☐</w:t>
      </w:r>
      <w:r w:rsidRPr="00572425">
        <w:rPr>
          <w:rFonts w:ascii="Times New Roman" w:hAnsi="Times New Roman" w:cs="Times New Roman"/>
        </w:rPr>
        <w:t xml:space="preserve"> II </w:t>
      </w:r>
      <w:r w:rsidRPr="00572425">
        <w:rPr>
          <w:rFonts w:ascii="Segoe UI Symbol" w:hAnsi="Segoe UI Symbol" w:cs="Segoe UI Symbol"/>
        </w:rPr>
        <w:t>☐</w:t>
      </w:r>
      <w:r w:rsidRPr="00572425">
        <w:rPr>
          <w:rFonts w:ascii="Times New Roman" w:hAnsi="Times New Roman" w:cs="Times New Roman"/>
        </w:rPr>
        <w:t xml:space="preserve"> III </w:t>
      </w:r>
      <w:r w:rsidRPr="00572425">
        <w:rPr>
          <w:rFonts w:ascii="Segoe UI Symbol" w:hAnsi="Segoe UI Symbol" w:cs="Segoe UI Symbol"/>
        </w:rPr>
        <w:t>☐</w:t>
      </w:r>
      <w:r w:rsidRPr="00572425">
        <w:rPr>
          <w:rFonts w:ascii="Times New Roman" w:hAnsi="Times New Roman" w:cs="Times New Roman"/>
        </w:rPr>
        <w:t xml:space="preserve"> IV; rok podatkowy: ………</w:t>
      </w:r>
      <w:r>
        <w:rPr>
          <w:rFonts w:ascii="Times New Roman" w:hAnsi="Times New Roman" w:cs="Times New Roman"/>
        </w:rPr>
        <w:t>…………………………………., w tym:</w:t>
      </w:r>
    </w:p>
    <w:p w:rsidR="000C13DD" w:rsidRPr="00103E90" w:rsidRDefault="0088502D" w:rsidP="00103E90">
      <w:pPr>
        <w:numPr>
          <w:ilvl w:val="1"/>
          <w:numId w:val="15"/>
        </w:numPr>
        <w:ind w:left="426"/>
        <w:rPr>
          <w:rFonts w:ascii="Times New Roman" w:hAnsi="Times New Roman" w:cs="Times New Roman"/>
        </w:rPr>
      </w:pPr>
      <w:r w:rsidRPr="00103E90">
        <w:rPr>
          <w:rFonts w:ascii="Segoe UI Symbol" w:hAnsi="Segoe UI Symbol" w:cs="Segoe UI Symbol"/>
        </w:rPr>
        <w:t>☐</w:t>
      </w:r>
      <w:r w:rsidRPr="00103E90">
        <w:rPr>
          <w:rFonts w:ascii="Times New Roman" w:hAnsi="Times New Roman" w:cs="Times New Roman"/>
        </w:rPr>
        <w:t xml:space="preserve"> podatek od nieruchomości w kwocie ……… zł</w:t>
      </w:r>
    </w:p>
    <w:p w:rsidR="000C13DD" w:rsidRPr="00103E90" w:rsidRDefault="0088502D" w:rsidP="00103E90">
      <w:pPr>
        <w:numPr>
          <w:ilvl w:val="1"/>
          <w:numId w:val="15"/>
        </w:numPr>
        <w:ind w:left="426"/>
        <w:rPr>
          <w:rFonts w:ascii="Times New Roman" w:hAnsi="Times New Roman" w:cs="Times New Roman"/>
        </w:rPr>
      </w:pPr>
      <w:r w:rsidRPr="00103E90">
        <w:rPr>
          <w:rFonts w:ascii="Segoe UI Symbol" w:hAnsi="Segoe UI Symbol" w:cs="Segoe UI Symbol"/>
        </w:rPr>
        <w:t>☐</w:t>
      </w:r>
      <w:r w:rsidRPr="00103E90">
        <w:rPr>
          <w:rFonts w:ascii="Times New Roman" w:hAnsi="Times New Roman" w:cs="Times New Roman"/>
        </w:rPr>
        <w:t xml:space="preserve"> podatek rolny w kwocie ……… zł</w:t>
      </w:r>
    </w:p>
    <w:p w:rsidR="000C13DD" w:rsidRPr="00103E90" w:rsidRDefault="0088502D" w:rsidP="00103E90">
      <w:pPr>
        <w:numPr>
          <w:ilvl w:val="1"/>
          <w:numId w:val="15"/>
        </w:numPr>
        <w:ind w:left="426"/>
        <w:rPr>
          <w:rFonts w:ascii="Times New Roman" w:hAnsi="Times New Roman" w:cs="Times New Roman"/>
        </w:rPr>
      </w:pPr>
      <w:r w:rsidRPr="00103E90">
        <w:rPr>
          <w:rFonts w:ascii="Segoe UI Symbol" w:hAnsi="Segoe UI Symbol" w:cs="Segoe UI Symbol"/>
        </w:rPr>
        <w:lastRenderedPageBreak/>
        <w:t>☐</w:t>
      </w:r>
      <w:r w:rsidRPr="00103E90">
        <w:rPr>
          <w:rFonts w:ascii="Times New Roman" w:hAnsi="Times New Roman" w:cs="Times New Roman"/>
        </w:rPr>
        <w:t xml:space="preserve"> podatek leśny w kwocie ……… zł</w:t>
      </w:r>
    </w:p>
    <w:p w:rsidR="000C13DD" w:rsidRPr="00103E90" w:rsidRDefault="0088502D" w:rsidP="00C07F33">
      <w:pPr>
        <w:numPr>
          <w:ilvl w:val="1"/>
          <w:numId w:val="15"/>
        </w:numPr>
        <w:spacing w:after="480"/>
        <w:ind w:left="425" w:hanging="357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 xml:space="preserve">Zakres umorzenia: </w:t>
      </w:r>
      <w:r w:rsidRPr="00103E90">
        <w:rPr>
          <w:rFonts w:ascii="Segoe UI Symbol" w:hAnsi="Segoe UI Symbol" w:cs="Segoe UI Symbol"/>
        </w:rPr>
        <w:t>☐</w:t>
      </w:r>
      <w:r w:rsidRPr="00103E90">
        <w:rPr>
          <w:rFonts w:ascii="Times New Roman" w:hAnsi="Times New Roman" w:cs="Times New Roman"/>
        </w:rPr>
        <w:t xml:space="preserve"> w całości </w:t>
      </w:r>
      <w:r w:rsidRPr="00103E90">
        <w:rPr>
          <w:rFonts w:ascii="Segoe UI Symbol" w:hAnsi="Segoe UI Symbol" w:cs="Segoe UI Symbol"/>
        </w:rPr>
        <w:t>☐</w:t>
      </w:r>
      <w:r w:rsidRPr="00103E90">
        <w:rPr>
          <w:rFonts w:ascii="Times New Roman" w:hAnsi="Times New Roman" w:cs="Times New Roman"/>
        </w:rPr>
        <w:t xml:space="preserve"> w części, tj. w kwocie ………</w:t>
      </w:r>
      <w:r w:rsidR="00103E90">
        <w:rPr>
          <w:rFonts w:ascii="Times New Roman" w:hAnsi="Times New Roman" w:cs="Times New Roman"/>
        </w:rPr>
        <w:t>……………………</w:t>
      </w:r>
      <w:r w:rsidRPr="00103E90">
        <w:rPr>
          <w:rFonts w:ascii="Times New Roman" w:hAnsi="Times New Roman" w:cs="Times New Roman"/>
        </w:rPr>
        <w:t xml:space="preserve"> zł</w:t>
      </w:r>
    </w:p>
    <w:p w:rsidR="000C13DD" w:rsidRPr="00103E90" w:rsidRDefault="0088502D" w:rsidP="00203AD1">
      <w:pPr>
        <w:numPr>
          <w:ilvl w:val="0"/>
          <w:numId w:val="13"/>
        </w:numPr>
        <w:spacing w:after="360" w:line="360" w:lineRule="auto"/>
        <w:ind w:left="-289" w:hanging="357"/>
        <w:jc w:val="both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Uzasadnienie wniosku (należy wskazać, czy ulga jest uzasadniona ważnym interesem podatnika, interesem publicznym, czy obiema przesłankami, oraz opisa</w:t>
      </w:r>
      <w:r w:rsidR="00C07F33">
        <w:rPr>
          <w:rFonts w:ascii="Times New Roman" w:hAnsi="Times New Roman" w:cs="Times New Roman"/>
        </w:rPr>
        <w:t>ć okoliczności, w tym przyczyny trudności w </w:t>
      </w:r>
      <w:r w:rsidRPr="00103E90">
        <w:rPr>
          <w:rFonts w:ascii="Times New Roman" w:hAnsi="Times New Roman" w:cs="Times New Roman"/>
        </w:rPr>
        <w:t>zapłacie): ……………………………………………………………………………………………………</w:t>
      </w:r>
      <w:r w:rsidR="00C07F33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03AD1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C13DD" w:rsidRPr="00203AD1" w:rsidRDefault="0088502D" w:rsidP="00DA736A">
      <w:pPr>
        <w:spacing w:after="360"/>
        <w:ind w:left="-709"/>
        <w:jc w:val="both"/>
        <w:rPr>
          <w:rFonts w:ascii="Times New Roman" w:hAnsi="Times New Roman" w:cs="Times New Roman"/>
          <w:sz w:val="28"/>
          <w:szCs w:val="28"/>
        </w:rPr>
      </w:pPr>
      <w:r w:rsidRPr="00203AD1">
        <w:rPr>
          <w:rFonts w:ascii="Times New Roman" w:hAnsi="Times New Roman" w:cs="Times New Roman"/>
          <w:b/>
          <w:bCs/>
          <w:sz w:val="28"/>
          <w:szCs w:val="28"/>
        </w:rPr>
        <w:t>III. Dane dotyczące sytuacji wnioskodawcy</w:t>
      </w:r>
    </w:p>
    <w:p w:rsidR="000C13DD" w:rsidRPr="00103E90" w:rsidRDefault="0088502D" w:rsidP="00DA736A">
      <w:pPr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Liczba osób tworzących gospodarstwo domowe:</w:t>
      </w:r>
      <w:r w:rsidR="00DA736A">
        <w:rPr>
          <w:rFonts w:ascii="Times New Roman" w:hAnsi="Times New Roman" w:cs="Times New Roman"/>
        </w:rPr>
        <w:t xml:space="preserve"> ………….</w:t>
      </w:r>
      <w:r w:rsidRPr="00103E90">
        <w:rPr>
          <w:rFonts w:ascii="Times New Roman" w:hAnsi="Times New Roman" w:cs="Times New Roman"/>
        </w:rPr>
        <w:t xml:space="preserve"> osób, w tym:</w:t>
      </w:r>
    </w:p>
    <w:p w:rsidR="000C13DD" w:rsidRPr="00103E90" w:rsidRDefault="0088502D" w:rsidP="00DA736A">
      <w:pPr>
        <w:numPr>
          <w:ilvl w:val="1"/>
          <w:numId w:val="17"/>
        </w:numPr>
        <w:ind w:left="426"/>
        <w:jc w:val="both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liczba dzieci w wieku szkolnym: ………</w:t>
      </w:r>
    </w:p>
    <w:p w:rsidR="000C13DD" w:rsidRPr="00103E90" w:rsidRDefault="0088502D" w:rsidP="00DA736A">
      <w:pPr>
        <w:numPr>
          <w:ilvl w:val="1"/>
          <w:numId w:val="17"/>
        </w:numPr>
        <w:ind w:left="426"/>
        <w:jc w:val="both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liczba osób bezrobotnych: ………</w:t>
      </w:r>
      <w:r w:rsidR="00DA736A">
        <w:rPr>
          <w:rFonts w:ascii="Times New Roman" w:hAnsi="Times New Roman" w:cs="Times New Roman"/>
        </w:rPr>
        <w:t>.</w:t>
      </w:r>
    </w:p>
    <w:p w:rsidR="000C13DD" w:rsidRPr="00103E90" w:rsidRDefault="0088502D" w:rsidP="00DA736A">
      <w:pPr>
        <w:numPr>
          <w:ilvl w:val="0"/>
          <w:numId w:val="16"/>
        </w:numPr>
        <w:ind w:left="-142"/>
        <w:jc w:val="both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Dochody osób tworzących gospodarstwo domowe – ogółem: ………</w:t>
      </w:r>
      <w:r w:rsidR="00DA736A">
        <w:rPr>
          <w:rFonts w:ascii="Times New Roman" w:hAnsi="Times New Roman" w:cs="Times New Roman"/>
        </w:rPr>
        <w:t>……</w:t>
      </w:r>
      <w:r w:rsidR="000A1F25">
        <w:rPr>
          <w:rFonts w:ascii="Times New Roman" w:hAnsi="Times New Roman" w:cs="Times New Roman"/>
        </w:rPr>
        <w:t>…</w:t>
      </w:r>
      <w:r w:rsidR="00DA736A">
        <w:rPr>
          <w:rFonts w:ascii="Times New Roman" w:hAnsi="Times New Roman" w:cs="Times New Roman"/>
        </w:rPr>
        <w:t>…</w:t>
      </w:r>
      <w:r w:rsidRPr="00103E90">
        <w:rPr>
          <w:rFonts w:ascii="Times New Roman" w:hAnsi="Times New Roman" w:cs="Times New Roman"/>
        </w:rPr>
        <w:t xml:space="preserve"> zł miesięcznie, w tym:</w:t>
      </w:r>
    </w:p>
    <w:p w:rsidR="00DA736A" w:rsidRDefault="00DA736A" w:rsidP="00DA736A">
      <w:pPr>
        <w:numPr>
          <w:ilvl w:val="1"/>
          <w:numId w:val="18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 zatrudnienia: ………………….. zł</w:t>
      </w:r>
    </w:p>
    <w:p w:rsidR="000C13DD" w:rsidRPr="00103E90" w:rsidRDefault="0088502D" w:rsidP="00DA736A">
      <w:pPr>
        <w:numPr>
          <w:ilvl w:val="1"/>
          <w:numId w:val="18"/>
        </w:numPr>
        <w:ind w:left="426"/>
        <w:jc w:val="both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z pracy poza gospodarstwem rolnym: ………</w:t>
      </w:r>
      <w:r w:rsidR="00DA736A">
        <w:rPr>
          <w:rFonts w:ascii="Times New Roman" w:hAnsi="Times New Roman" w:cs="Times New Roman"/>
        </w:rPr>
        <w:t>…..</w:t>
      </w:r>
      <w:r w:rsidRPr="00103E90">
        <w:rPr>
          <w:rFonts w:ascii="Times New Roman" w:hAnsi="Times New Roman" w:cs="Times New Roman"/>
        </w:rPr>
        <w:t xml:space="preserve"> zł</w:t>
      </w:r>
    </w:p>
    <w:p w:rsidR="000C13DD" w:rsidRPr="00103E90" w:rsidRDefault="0088502D" w:rsidP="00DA736A">
      <w:pPr>
        <w:numPr>
          <w:ilvl w:val="1"/>
          <w:numId w:val="18"/>
        </w:numPr>
        <w:ind w:left="426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z rent i emerytur: …</w:t>
      </w:r>
      <w:r w:rsidR="00DA736A">
        <w:rPr>
          <w:rFonts w:ascii="Times New Roman" w:hAnsi="Times New Roman" w:cs="Times New Roman"/>
        </w:rPr>
        <w:t>………</w:t>
      </w:r>
      <w:r w:rsidRPr="00103E90">
        <w:rPr>
          <w:rFonts w:ascii="Times New Roman" w:hAnsi="Times New Roman" w:cs="Times New Roman"/>
        </w:rPr>
        <w:t>…… zł</w:t>
      </w:r>
    </w:p>
    <w:p w:rsidR="000C13DD" w:rsidRPr="00103E90" w:rsidRDefault="0088502D" w:rsidP="00DA736A">
      <w:pPr>
        <w:numPr>
          <w:ilvl w:val="1"/>
          <w:numId w:val="18"/>
        </w:numPr>
        <w:ind w:left="426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z zasiłku dla bezrobotnych: ……</w:t>
      </w:r>
      <w:r w:rsidR="00DA736A">
        <w:rPr>
          <w:rFonts w:ascii="Times New Roman" w:hAnsi="Times New Roman" w:cs="Times New Roman"/>
        </w:rPr>
        <w:t>……..</w:t>
      </w:r>
      <w:r w:rsidRPr="00103E90">
        <w:rPr>
          <w:rFonts w:ascii="Times New Roman" w:hAnsi="Times New Roman" w:cs="Times New Roman"/>
        </w:rPr>
        <w:t>… zł</w:t>
      </w:r>
    </w:p>
    <w:p w:rsidR="000C13DD" w:rsidRPr="00103E90" w:rsidRDefault="0088502D" w:rsidP="00DA736A">
      <w:pPr>
        <w:numPr>
          <w:ilvl w:val="1"/>
          <w:numId w:val="18"/>
        </w:numPr>
        <w:ind w:left="426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z pomocy społecznej: ……</w:t>
      </w:r>
      <w:r w:rsidR="00DA736A">
        <w:rPr>
          <w:rFonts w:ascii="Times New Roman" w:hAnsi="Times New Roman" w:cs="Times New Roman"/>
        </w:rPr>
        <w:t>……</w:t>
      </w:r>
      <w:r w:rsidR="000A1F25">
        <w:rPr>
          <w:rFonts w:ascii="Times New Roman" w:hAnsi="Times New Roman" w:cs="Times New Roman"/>
        </w:rPr>
        <w:t>…</w:t>
      </w:r>
      <w:r w:rsidRPr="00103E90">
        <w:rPr>
          <w:rFonts w:ascii="Times New Roman" w:hAnsi="Times New Roman" w:cs="Times New Roman"/>
        </w:rPr>
        <w:t>… zł</w:t>
      </w:r>
    </w:p>
    <w:p w:rsidR="000C13DD" w:rsidRPr="00103E90" w:rsidRDefault="0088502D" w:rsidP="000A1F25">
      <w:pPr>
        <w:numPr>
          <w:ilvl w:val="1"/>
          <w:numId w:val="18"/>
        </w:numPr>
        <w:spacing w:after="360"/>
        <w:ind w:left="425" w:hanging="357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t>inne dochody (praca dorywcza): …</w:t>
      </w:r>
      <w:r w:rsidR="000A1F25">
        <w:rPr>
          <w:rFonts w:ascii="Times New Roman" w:hAnsi="Times New Roman" w:cs="Times New Roman"/>
        </w:rPr>
        <w:t>…..</w:t>
      </w:r>
      <w:r w:rsidRPr="00103E90">
        <w:rPr>
          <w:rFonts w:ascii="Times New Roman" w:hAnsi="Times New Roman" w:cs="Times New Roman"/>
        </w:rPr>
        <w:t>……</w:t>
      </w:r>
      <w:r w:rsidR="000A1F25">
        <w:rPr>
          <w:rFonts w:ascii="Times New Roman" w:hAnsi="Times New Roman" w:cs="Times New Roman"/>
        </w:rPr>
        <w:t>..</w:t>
      </w:r>
      <w:r w:rsidRPr="00103E90">
        <w:rPr>
          <w:rFonts w:ascii="Times New Roman" w:hAnsi="Times New Roman" w:cs="Times New Roman"/>
        </w:rPr>
        <w:t xml:space="preserve"> zł</w:t>
      </w:r>
    </w:p>
    <w:p w:rsidR="000C13DD" w:rsidRPr="00103E90" w:rsidRDefault="0088502D" w:rsidP="00C07F33">
      <w:pPr>
        <w:numPr>
          <w:ilvl w:val="0"/>
          <w:numId w:val="16"/>
        </w:numPr>
        <w:ind w:left="-142"/>
        <w:rPr>
          <w:rFonts w:ascii="Times New Roman" w:hAnsi="Times New Roman" w:cs="Times New Roman"/>
        </w:rPr>
      </w:pPr>
      <w:r w:rsidRPr="00103E90">
        <w:rPr>
          <w:rFonts w:ascii="Times New Roman" w:hAnsi="Times New Roman" w:cs="Times New Roman"/>
        </w:rPr>
        <w:lastRenderedPageBreak/>
        <w:t>Posiadane mienie ruchome i wyposażenie mieszkania: ……………………………………………</w:t>
      </w:r>
      <w:r w:rsidR="000A1F2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13DD" w:rsidRPr="000A1F25" w:rsidRDefault="0088502D" w:rsidP="000A1F25">
      <w:pPr>
        <w:spacing w:after="240"/>
        <w:ind w:left="-851"/>
        <w:rPr>
          <w:rFonts w:ascii="Times New Roman" w:hAnsi="Times New Roman" w:cs="Times New Roman"/>
          <w:sz w:val="28"/>
          <w:szCs w:val="28"/>
        </w:rPr>
      </w:pPr>
      <w:r w:rsidRPr="000A1F25">
        <w:rPr>
          <w:rFonts w:ascii="Times New Roman" w:hAnsi="Times New Roman" w:cs="Times New Roman"/>
          <w:b/>
          <w:bCs/>
          <w:sz w:val="28"/>
          <w:szCs w:val="28"/>
        </w:rPr>
        <w:t>IV. Dane dotyczące gospodarstw rolnych</w:t>
      </w:r>
    </w:p>
    <w:p w:rsidR="000C13DD" w:rsidRPr="000A1F25" w:rsidRDefault="0088502D" w:rsidP="000A1F25">
      <w:pPr>
        <w:numPr>
          <w:ilvl w:val="0"/>
          <w:numId w:val="19"/>
        </w:numPr>
        <w:ind w:left="-142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Powierzchnia gospodarstwa ogółem: ……</w:t>
      </w:r>
      <w:r w:rsidR="000A1F25">
        <w:rPr>
          <w:rFonts w:ascii="Times New Roman" w:hAnsi="Times New Roman" w:cs="Times New Roman"/>
        </w:rPr>
        <w:t>……….</w:t>
      </w:r>
      <w:r w:rsidRPr="000A1F25">
        <w:rPr>
          <w:rFonts w:ascii="Times New Roman" w:hAnsi="Times New Roman" w:cs="Times New Roman"/>
        </w:rPr>
        <w:t>… ha, w tym:</w:t>
      </w:r>
    </w:p>
    <w:p w:rsidR="000C13DD" w:rsidRPr="000A1F25" w:rsidRDefault="0088502D" w:rsidP="000A1F25">
      <w:pPr>
        <w:numPr>
          <w:ilvl w:val="1"/>
          <w:numId w:val="20"/>
        </w:numPr>
        <w:ind w:left="426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grunty własne: ……</w:t>
      </w:r>
      <w:r w:rsidR="000A1F25">
        <w:rPr>
          <w:rFonts w:ascii="Times New Roman" w:hAnsi="Times New Roman" w:cs="Times New Roman"/>
        </w:rPr>
        <w:t>..</w:t>
      </w:r>
      <w:r w:rsidRPr="000A1F25">
        <w:rPr>
          <w:rFonts w:ascii="Times New Roman" w:hAnsi="Times New Roman" w:cs="Times New Roman"/>
        </w:rPr>
        <w:t>… ha</w:t>
      </w:r>
    </w:p>
    <w:p w:rsidR="000C13DD" w:rsidRPr="000A1F25" w:rsidRDefault="0088502D" w:rsidP="000A1F25">
      <w:pPr>
        <w:numPr>
          <w:ilvl w:val="1"/>
          <w:numId w:val="20"/>
        </w:numPr>
        <w:ind w:left="426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grunty dzierżawione: …</w:t>
      </w:r>
      <w:r w:rsidR="000A1F25">
        <w:rPr>
          <w:rFonts w:ascii="Times New Roman" w:hAnsi="Times New Roman" w:cs="Times New Roman"/>
        </w:rPr>
        <w:t>..</w:t>
      </w:r>
      <w:r w:rsidRPr="000A1F25">
        <w:rPr>
          <w:rFonts w:ascii="Times New Roman" w:hAnsi="Times New Roman" w:cs="Times New Roman"/>
        </w:rPr>
        <w:t>…… ha</w:t>
      </w:r>
    </w:p>
    <w:p w:rsidR="000C13DD" w:rsidRPr="000A1F25" w:rsidRDefault="0088502D" w:rsidP="000A1F25">
      <w:pPr>
        <w:numPr>
          <w:ilvl w:val="0"/>
          <w:numId w:val="19"/>
        </w:numPr>
        <w:ind w:left="-142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Inwentarz żywy:</w:t>
      </w:r>
    </w:p>
    <w:p w:rsidR="000C13DD" w:rsidRPr="000A1F25" w:rsidRDefault="0088502D" w:rsidP="000A1F25">
      <w:pPr>
        <w:numPr>
          <w:ilvl w:val="1"/>
          <w:numId w:val="21"/>
        </w:numPr>
        <w:ind w:left="426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trzoda chlewna: ……</w:t>
      </w:r>
      <w:r w:rsidR="000A1F25">
        <w:rPr>
          <w:rFonts w:ascii="Times New Roman" w:hAnsi="Times New Roman" w:cs="Times New Roman"/>
        </w:rPr>
        <w:t>…</w:t>
      </w:r>
      <w:r w:rsidRPr="000A1F25">
        <w:rPr>
          <w:rFonts w:ascii="Times New Roman" w:hAnsi="Times New Roman" w:cs="Times New Roman"/>
        </w:rPr>
        <w:t>… szt.</w:t>
      </w:r>
    </w:p>
    <w:p w:rsidR="000C13DD" w:rsidRPr="000A1F25" w:rsidRDefault="0088502D" w:rsidP="000A1F25">
      <w:pPr>
        <w:numPr>
          <w:ilvl w:val="1"/>
          <w:numId w:val="21"/>
        </w:numPr>
        <w:ind w:left="426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bydło: ……</w:t>
      </w:r>
      <w:r w:rsidR="000A1F25">
        <w:rPr>
          <w:rFonts w:ascii="Times New Roman" w:hAnsi="Times New Roman" w:cs="Times New Roman"/>
        </w:rPr>
        <w:t>….</w:t>
      </w:r>
      <w:r w:rsidRPr="000A1F25">
        <w:rPr>
          <w:rFonts w:ascii="Times New Roman" w:hAnsi="Times New Roman" w:cs="Times New Roman"/>
        </w:rPr>
        <w:t>… szt.</w:t>
      </w:r>
    </w:p>
    <w:p w:rsidR="000C13DD" w:rsidRPr="000A1F25" w:rsidRDefault="0088502D" w:rsidP="000A1F25">
      <w:pPr>
        <w:numPr>
          <w:ilvl w:val="1"/>
          <w:numId w:val="21"/>
        </w:numPr>
        <w:ind w:left="426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owce: ………</w:t>
      </w:r>
      <w:r w:rsidR="000A1F25">
        <w:rPr>
          <w:rFonts w:ascii="Times New Roman" w:hAnsi="Times New Roman" w:cs="Times New Roman"/>
        </w:rPr>
        <w:t>…..</w:t>
      </w:r>
      <w:r w:rsidRPr="000A1F25">
        <w:rPr>
          <w:rFonts w:ascii="Times New Roman" w:hAnsi="Times New Roman" w:cs="Times New Roman"/>
        </w:rPr>
        <w:t xml:space="preserve"> szt.</w:t>
      </w:r>
    </w:p>
    <w:p w:rsidR="000C13DD" w:rsidRPr="000A1F25" w:rsidRDefault="0088502D" w:rsidP="000A1F25">
      <w:pPr>
        <w:numPr>
          <w:ilvl w:val="1"/>
          <w:numId w:val="21"/>
        </w:numPr>
        <w:spacing w:after="360"/>
        <w:ind w:left="425" w:hanging="357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inne: ………</w:t>
      </w:r>
      <w:r w:rsidR="000A1F25">
        <w:rPr>
          <w:rFonts w:ascii="Times New Roman" w:hAnsi="Times New Roman" w:cs="Times New Roman"/>
        </w:rPr>
        <w:t>……</w:t>
      </w:r>
      <w:r w:rsidRPr="000A1F25">
        <w:rPr>
          <w:rFonts w:ascii="Times New Roman" w:hAnsi="Times New Roman" w:cs="Times New Roman"/>
        </w:rPr>
        <w:t xml:space="preserve"> szt.</w:t>
      </w:r>
    </w:p>
    <w:p w:rsidR="000C13DD" w:rsidRPr="000A1F25" w:rsidRDefault="0088502D" w:rsidP="000A1F25">
      <w:pPr>
        <w:numPr>
          <w:ilvl w:val="0"/>
          <w:numId w:val="19"/>
        </w:numPr>
        <w:ind w:left="-142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Posiadany sprzęt, maszyny, urządzenia i środki transportowe (wyszczególnić): ……………………………………………</w:t>
      </w:r>
      <w:r w:rsidR="000A1F25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06A3C" w:rsidRDefault="00206A3C" w:rsidP="00206A3C">
      <w:pPr>
        <w:ind w:left="-502"/>
        <w:rPr>
          <w:rFonts w:ascii="Times New Roman" w:hAnsi="Times New Roman" w:cs="Times New Roman"/>
        </w:rPr>
      </w:pPr>
    </w:p>
    <w:p w:rsidR="000C13DD" w:rsidRPr="000A1F25" w:rsidRDefault="0088502D" w:rsidP="000A1F25">
      <w:pPr>
        <w:numPr>
          <w:ilvl w:val="0"/>
          <w:numId w:val="19"/>
        </w:numPr>
        <w:ind w:left="-142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Liczba pracowników najemnych: ……</w:t>
      </w:r>
      <w:r w:rsidR="00967217">
        <w:rPr>
          <w:rFonts w:ascii="Times New Roman" w:hAnsi="Times New Roman" w:cs="Times New Roman"/>
        </w:rPr>
        <w:t>………..</w:t>
      </w:r>
      <w:r w:rsidRPr="000A1F25">
        <w:rPr>
          <w:rFonts w:ascii="Times New Roman" w:hAnsi="Times New Roman" w:cs="Times New Roman"/>
        </w:rPr>
        <w:t>… osób, w tym:</w:t>
      </w:r>
    </w:p>
    <w:p w:rsidR="000C13DD" w:rsidRPr="000A1F25" w:rsidRDefault="0088502D" w:rsidP="00967217">
      <w:pPr>
        <w:numPr>
          <w:ilvl w:val="1"/>
          <w:numId w:val="22"/>
        </w:numPr>
        <w:ind w:left="426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stałych: ………</w:t>
      </w:r>
      <w:r w:rsidR="00967217">
        <w:rPr>
          <w:rFonts w:ascii="Times New Roman" w:hAnsi="Times New Roman" w:cs="Times New Roman"/>
        </w:rPr>
        <w:t>……….</w:t>
      </w:r>
      <w:r w:rsidRPr="000A1F25">
        <w:rPr>
          <w:rFonts w:ascii="Times New Roman" w:hAnsi="Times New Roman" w:cs="Times New Roman"/>
        </w:rPr>
        <w:t xml:space="preserve"> osób</w:t>
      </w:r>
    </w:p>
    <w:p w:rsidR="000C13DD" w:rsidRPr="000A1F25" w:rsidRDefault="0088502D" w:rsidP="00967217">
      <w:pPr>
        <w:numPr>
          <w:ilvl w:val="1"/>
          <w:numId w:val="22"/>
        </w:numPr>
        <w:spacing w:after="360"/>
        <w:ind w:left="425" w:hanging="357"/>
        <w:rPr>
          <w:rFonts w:ascii="Times New Roman" w:hAnsi="Times New Roman" w:cs="Times New Roman"/>
        </w:rPr>
      </w:pPr>
      <w:r w:rsidRPr="000A1F25">
        <w:rPr>
          <w:rFonts w:ascii="Times New Roman" w:hAnsi="Times New Roman" w:cs="Times New Roman"/>
        </w:rPr>
        <w:t>sezonowych: ………</w:t>
      </w:r>
      <w:r w:rsidR="00967217">
        <w:rPr>
          <w:rFonts w:ascii="Times New Roman" w:hAnsi="Times New Roman" w:cs="Times New Roman"/>
        </w:rPr>
        <w:t>….</w:t>
      </w:r>
      <w:r w:rsidRPr="000A1F25">
        <w:rPr>
          <w:rFonts w:ascii="Times New Roman" w:hAnsi="Times New Roman" w:cs="Times New Roman"/>
        </w:rPr>
        <w:t xml:space="preserve"> osób</w:t>
      </w:r>
    </w:p>
    <w:p w:rsidR="000C13DD" w:rsidRPr="00967217" w:rsidRDefault="0088502D" w:rsidP="0000094A">
      <w:pPr>
        <w:numPr>
          <w:ilvl w:val="0"/>
          <w:numId w:val="19"/>
        </w:numPr>
        <w:spacing w:after="720"/>
        <w:ind w:left="-148" w:hanging="357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Zadłużenie z tytułu kredytów zaciągniętych na produkcję rolną: ………</w:t>
      </w:r>
      <w:r w:rsidR="00967217">
        <w:rPr>
          <w:rFonts w:ascii="Times New Roman" w:hAnsi="Times New Roman" w:cs="Times New Roman"/>
        </w:rPr>
        <w:t>…………………..</w:t>
      </w:r>
      <w:r w:rsidRPr="00967217">
        <w:rPr>
          <w:rFonts w:ascii="Times New Roman" w:hAnsi="Times New Roman" w:cs="Times New Roman"/>
        </w:rPr>
        <w:t xml:space="preserve"> zł</w:t>
      </w:r>
    </w:p>
    <w:p w:rsidR="000C13DD" w:rsidRPr="00967217" w:rsidRDefault="0088502D" w:rsidP="00DD4C55">
      <w:pPr>
        <w:numPr>
          <w:ilvl w:val="0"/>
          <w:numId w:val="19"/>
        </w:numPr>
        <w:spacing w:line="360" w:lineRule="auto"/>
        <w:ind w:left="-148" w:hanging="357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Klęski żywiołowe, upadki zwierząt gospodarskich oraz kwoty otrzymanych odszkodowań: ……………………………………………</w:t>
      </w:r>
      <w:r w:rsidR="00967217">
        <w:rPr>
          <w:rFonts w:ascii="Times New Roman" w:hAnsi="Times New Roman" w:cs="Times New Roman"/>
        </w:rPr>
        <w:t>………………………………………………………</w:t>
      </w:r>
      <w:r w:rsidR="00967217">
        <w:rPr>
          <w:rFonts w:ascii="Times New Roman" w:hAnsi="Times New Roman" w:cs="Times New Roman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13DD" w:rsidRPr="00967217" w:rsidRDefault="0088502D" w:rsidP="00967217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967217">
        <w:rPr>
          <w:rFonts w:ascii="Times New Roman" w:hAnsi="Times New Roman" w:cs="Times New Roman"/>
          <w:b/>
          <w:bCs/>
          <w:sz w:val="28"/>
          <w:szCs w:val="28"/>
        </w:rPr>
        <w:t xml:space="preserve">V. </w:t>
      </w:r>
      <w:r w:rsidRPr="00967217">
        <w:rPr>
          <w:rFonts w:ascii="Times New Roman" w:hAnsi="Times New Roman" w:cs="Times New Roman"/>
          <w:b/>
          <w:bCs/>
          <w:sz w:val="28"/>
          <w:szCs w:val="28"/>
          <w:u w:val="single"/>
        </w:rPr>
        <w:t>Informacja dotycząca sytuacji materialnej i bytowej osoby wnioskującej</w:t>
      </w:r>
      <w:r w:rsidRPr="00967217">
        <w:rPr>
          <w:rFonts w:ascii="Times New Roman" w:hAnsi="Times New Roman" w:cs="Times New Roman"/>
          <w:sz w:val="28"/>
          <w:szCs w:val="28"/>
        </w:rPr>
        <w:t xml:space="preserve"> </w:t>
      </w:r>
      <w:r w:rsidRPr="00967217">
        <w:rPr>
          <w:rFonts w:ascii="Times New Roman" w:hAnsi="Times New Roman" w:cs="Times New Roman"/>
          <w:i/>
          <w:iCs/>
          <w:sz w:val="28"/>
          <w:szCs w:val="28"/>
        </w:rPr>
        <w:t xml:space="preserve">(wypełnia </w:t>
      </w:r>
      <w:r w:rsidR="00ED5490">
        <w:rPr>
          <w:rFonts w:ascii="Times New Roman" w:hAnsi="Times New Roman" w:cs="Times New Roman"/>
          <w:i/>
          <w:iCs/>
          <w:sz w:val="28"/>
          <w:szCs w:val="28"/>
        </w:rPr>
        <w:t>GOPS/MOPS</w:t>
      </w:r>
      <w:r w:rsidRPr="00967217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967217" w:rsidRDefault="0088502D" w:rsidP="00967217">
      <w:pPr>
        <w:pStyle w:val="Tekstpodstawowy"/>
        <w:spacing w:after="360"/>
        <w:ind w:left="-567"/>
        <w:jc w:val="right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r w:rsidR="00967217">
        <w:rPr>
          <w:rFonts w:ascii="Times New Roman" w:hAnsi="Times New Roman" w:cs="Times New Roman"/>
        </w:rPr>
        <w:t>…………</w:t>
      </w:r>
      <w:r w:rsidRPr="00967217">
        <w:rPr>
          <w:rFonts w:ascii="Times New Roman" w:hAnsi="Times New Roman" w:cs="Times New Roman"/>
        </w:rPr>
        <w:t xml:space="preserve"> …………………………………………</w:t>
      </w:r>
      <w:r w:rsidR="0096721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967217">
        <w:rPr>
          <w:rFonts w:ascii="Times New Roman" w:hAnsi="Times New Roman" w:cs="Times New Roman"/>
        </w:rPr>
        <w:t xml:space="preserve"> </w:t>
      </w:r>
    </w:p>
    <w:p w:rsidR="00967217" w:rsidRDefault="00967217" w:rsidP="00967217">
      <w:pPr>
        <w:pStyle w:val="Tekstpodstawowy"/>
        <w:ind w:left="-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…………………………………………             </w:t>
      </w:r>
    </w:p>
    <w:p w:rsidR="000C13DD" w:rsidRPr="00967217" w:rsidRDefault="00ED5490" w:rsidP="00DD4C55">
      <w:pPr>
        <w:pStyle w:val="Tekstpodstawowy"/>
        <w:spacing w:after="480"/>
        <w:ind w:left="-567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podpis kierownika GOPS/MOPS</w:t>
      </w:r>
      <w:r w:rsidR="00967217" w:rsidRPr="00967217">
        <w:rPr>
          <w:rFonts w:ascii="Times New Roman" w:hAnsi="Times New Roman" w:cs="Times New Roman"/>
          <w:b/>
        </w:rPr>
        <w:t xml:space="preserve">   </w:t>
      </w:r>
    </w:p>
    <w:p w:rsidR="000C13DD" w:rsidRPr="00DD4C55" w:rsidRDefault="0088502D" w:rsidP="00DD4C55">
      <w:pPr>
        <w:pStyle w:val="Tekstpodstawowy"/>
        <w:ind w:left="-851"/>
        <w:rPr>
          <w:rFonts w:ascii="Times New Roman" w:hAnsi="Times New Roman" w:cs="Times New Roman"/>
          <w:sz w:val="28"/>
          <w:szCs w:val="28"/>
          <w:u w:val="single"/>
        </w:rPr>
      </w:pPr>
      <w:r w:rsidRPr="00DD4C55">
        <w:rPr>
          <w:rFonts w:ascii="Times New Roman" w:hAnsi="Times New Roman" w:cs="Times New Roman"/>
          <w:b/>
          <w:bCs/>
          <w:sz w:val="28"/>
          <w:szCs w:val="28"/>
          <w:u w:val="single"/>
        </w:rPr>
        <w:t>VI. Wypełnia Referat Finansowy</w:t>
      </w:r>
    </w:p>
    <w:p w:rsidR="000C13DD" w:rsidRPr="00967217" w:rsidRDefault="0088502D" w:rsidP="00952541">
      <w:pPr>
        <w:numPr>
          <w:ilvl w:val="0"/>
          <w:numId w:val="23"/>
        </w:numPr>
        <w:ind w:left="-284"/>
        <w:jc w:val="both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Wymiar podatku na rok, w którym złożono wniosek – ogółem: ……</w:t>
      </w:r>
      <w:r w:rsidR="00952541">
        <w:rPr>
          <w:rFonts w:ascii="Times New Roman" w:hAnsi="Times New Roman" w:cs="Times New Roman"/>
        </w:rPr>
        <w:t>…………..………..</w:t>
      </w:r>
      <w:r w:rsidRPr="00967217">
        <w:rPr>
          <w:rFonts w:ascii="Times New Roman" w:hAnsi="Times New Roman" w:cs="Times New Roman"/>
        </w:rPr>
        <w:t>… zł, w tym (N – podatek od nieruchomości, R – rolny, L – leśny):</w:t>
      </w:r>
    </w:p>
    <w:p w:rsidR="000C13DD" w:rsidRPr="00967217" w:rsidRDefault="0088502D">
      <w:pPr>
        <w:numPr>
          <w:ilvl w:val="1"/>
          <w:numId w:val="24"/>
        </w:numPr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I rata: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 xml:space="preserve"> zł, w tym: </w:t>
      </w:r>
      <w:r w:rsidR="0000094A">
        <w:rPr>
          <w:rFonts w:ascii="Times New Roman" w:hAnsi="Times New Roman" w:cs="Times New Roman"/>
        </w:rPr>
        <w:t xml:space="preserve">  </w:t>
      </w:r>
      <w:r w:rsidRPr="00967217">
        <w:rPr>
          <w:rFonts w:ascii="Times New Roman" w:hAnsi="Times New Roman" w:cs="Times New Roman"/>
        </w:rPr>
        <w:t>N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R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L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</w:t>
      </w:r>
    </w:p>
    <w:p w:rsidR="000C13DD" w:rsidRPr="00967217" w:rsidRDefault="0088502D">
      <w:pPr>
        <w:numPr>
          <w:ilvl w:val="1"/>
          <w:numId w:val="24"/>
        </w:numPr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II rata: ………</w:t>
      </w:r>
      <w:r w:rsidR="0000094A">
        <w:rPr>
          <w:rFonts w:ascii="Times New Roman" w:hAnsi="Times New Roman" w:cs="Times New Roman"/>
        </w:rPr>
        <w:t>...</w:t>
      </w:r>
      <w:r w:rsidRPr="00967217">
        <w:rPr>
          <w:rFonts w:ascii="Times New Roman" w:hAnsi="Times New Roman" w:cs="Times New Roman"/>
        </w:rPr>
        <w:t xml:space="preserve"> zł, w tym:</w:t>
      </w:r>
      <w:r w:rsidR="0000094A">
        <w:rPr>
          <w:rFonts w:ascii="Times New Roman" w:hAnsi="Times New Roman" w:cs="Times New Roman"/>
        </w:rPr>
        <w:t xml:space="preserve"> </w:t>
      </w:r>
      <w:r w:rsidRPr="00967217">
        <w:rPr>
          <w:rFonts w:ascii="Times New Roman" w:hAnsi="Times New Roman" w:cs="Times New Roman"/>
        </w:rPr>
        <w:t xml:space="preserve"> </w:t>
      </w:r>
      <w:r w:rsidR="0000094A">
        <w:rPr>
          <w:rFonts w:ascii="Times New Roman" w:hAnsi="Times New Roman" w:cs="Times New Roman"/>
        </w:rPr>
        <w:t xml:space="preserve"> </w:t>
      </w:r>
      <w:r w:rsidRPr="00967217">
        <w:rPr>
          <w:rFonts w:ascii="Times New Roman" w:hAnsi="Times New Roman" w:cs="Times New Roman"/>
        </w:rPr>
        <w:t>N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R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L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</w:t>
      </w:r>
    </w:p>
    <w:p w:rsidR="000C13DD" w:rsidRPr="00967217" w:rsidRDefault="0088502D">
      <w:pPr>
        <w:numPr>
          <w:ilvl w:val="1"/>
          <w:numId w:val="24"/>
        </w:numPr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III rata: ………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 xml:space="preserve"> zł, w tym: </w:t>
      </w:r>
      <w:r w:rsidR="0000094A">
        <w:rPr>
          <w:rFonts w:ascii="Times New Roman" w:hAnsi="Times New Roman" w:cs="Times New Roman"/>
        </w:rPr>
        <w:t xml:space="preserve">  </w:t>
      </w:r>
      <w:r w:rsidRPr="00967217">
        <w:rPr>
          <w:rFonts w:ascii="Times New Roman" w:hAnsi="Times New Roman" w:cs="Times New Roman"/>
        </w:rPr>
        <w:t>N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R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L 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……</w:t>
      </w:r>
    </w:p>
    <w:p w:rsidR="000C13DD" w:rsidRPr="00967217" w:rsidRDefault="0088502D">
      <w:pPr>
        <w:numPr>
          <w:ilvl w:val="1"/>
          <w:numId w:val="24"/>
        </w:numPr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IV rata: ………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 xml:space="preserve"> zł, w tym: </w:t>
      </w:r>
      <w:r w:rsidR="0000094A">
        <w:rPr>
          <w:rFonts w:ascii="Times New Roman" w:hAnsi="Times New Roman" w:cs="Times New Roman"/>
        </w:rPr>
        <w:t xml:space="preserve">  </w:t>
      </w:r>
      <w:r w:rsidRPr="00967217">
        <w:rPr>
          <w:rFonts w:ascii="Times New Roman" w:hAnsi="Times New Roman" w:cs="Times New Roman"/>
        </w:rPr>
        <w:t>N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R ……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 L …</w:t>
      </w:r>
      <w:r w:rsidR="0000094A">
        <w:rPr>
          <w:rFonts w:ascii="Times New Roman" w:hAnsi="Times New Roman" w:cs="Times New Roman"/>
        </w:rPr>
        <w:t>..</w:t>
      </w:r>
      <w:r w:rsidRPr="00967217">
        <w:rPr>
          <w:rFonts w:ascii="Times New Roman" w:hAnsi="Times New Roman" w:cs="Times New Roman"/>
        </w:rPr>
        <w:t>……</w:t>
      </w:r>
    </w:p>
    <w:p w:rsidR="00283E86" w:rsidRDefault="0088502D" w:rsidP="00283E86">
      <w:pPr>
        <w:numPr>
          <w:ilvl w:val="0"/>
          <w:numId w:val="23"/>
        </w:numPr>
        <w:ind w:left="-142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 xml:space="preserve">Realizacja zobowiązań wymagalnych: </w:t>
      </w:r>
    </w:p>
    <w:p w:rsidR="00283E86" w:rsidRDefault="0088502D" w:rsidP="00283E86">
      <w:pPr>
        <w:pStyle w:val="Akapitzlist"/>
        <w:numPr>
          <w:ilvl w:val="0"/>
          <w:numId w:val="27"/>
        </w:numPr>
        <w:spacing w:line="360" w:lineRule="auto"/>
        <w:ind w:left="215" w:hanging="357"/>
        <w:rPr>
          <w:rFonts w:ascii="Times New Roman" w:hAnsi="Times New Roman" w:cs="Times New Roman"/>
        </w:rPr>
      </w:pPr>
      <w:r w:rsidRPr="00283E86">
        <w:rPr>
          <w:rFonts w:ascii="Times New Roman" w:hAnsi="Times New Roman" w:cs="Times New Roman"/>
        </w:rPr>
        <w:t>I rata ………</w:t>
      </w:r>
      <w:r w:rsidR="00283E86">
        <w:rPr>
          <w:rFonts w:ascii="Times New Roman" w:hAnsi="Times New Roman" w:cs="Times New Roman"/>
        </w:rPr>
        <w:t>……..</w:t>
      </w:r>
      <w:r w:rsidRPr="00283E86">
        <w:rPr>
          <w:rFonts w:ascii="Times New Roman" w:hAnsi="Times New Roman" w:cs="Times New Roman"/>
        </w:rPr>
        <w:t xml:space="preserve"> </w:t>
      </w:r>
    </w:p>
    <w:p w:rsidR="00283E86" w:rsidRDefault="00283E86" w:rsidP="00283E86">
      <w:pPr>
        <w:pStyle w:val="Akapitzlist"/>
        <w:numPr>
          <w:ilvl w:val="0"/>
          <w:numId w:val="27"/>
        </w:numPr>
        <w:spacing w:line="360" w:lineRule="auto"/>
        <w:ind w:left="215" w:hanging="35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rata …………….</w:t>
      </w:r>
    </w:p>
    <w:p w:rsidR="00283E86" w:rsidRDefault="0088502D" w:rsidP="00283E86">
      <w:pPr>
        <w:pStyle w:val="Akapitzlist"/>
        <w:numPr>
          <w:ilvl w:val="0"/>
          <w:numId w:val="27"/>
        </w:numPr>
        <w:spacing w:line="360" w:lineRule="auto"/>
        <w:ind w:left="215" w:hanging="357"/>
        <w:rPr>
          <w:rFonts w:ascii="Times New Roman" w:hAnsi="Times New Roman" w:cs="Times New Roman"/>
        </w:rPr>
      </w:pPr>
      <w:r w:rsidRPr="00283E86">
        <w:rPr>
          <w:rFonts w:ascii="Times New Roman" w:hAnsi="Times New Roman" w:cs="Times New Roman"/>
        </w:rPr>
        <w:t>III rata ………</w:t>
      </w:r>
      <w:r w:rsidR="00283E86">
        <w:rPr>
          <w:rFonts w:ascii="Times New Roman" w:hAnsi="Times New Roman" w:cs="Times New Roman"/>
        </w:rPr>
        <w:t>……</w:t>
      </w:r>
    </w:p>
    <w:p w:rsidR="000C13DD" w:rsidRPr="00283E86" w:rsidRDefault="0088502D" w:rsidP="00283E86">
      <w:pPr>
        <w:pStyle w:val="Akapitzlist"/>
        <w:numPr>
          <w:ilvl w:val="0"/>
          <w:numId w:val="27"/>
        </w:numPr>
        <w:spacing w:line="360" w:lineRule="auto"/>
        <w:ind w:left="215" w:hanging="357"/>
        <w:rPr>
          <w:rFonts w:ascii="Times New Roman" w:hAnsi="Times New Roman" w:cs="Times New Roman"/>
        </w:rPr>
      </w:pPr>
      <w:r w:rsidRPr="00283E86">
        <w:rPr>
          <w:rFonts w:ascii="Times New Roman" w:hAnsi="Times New Roman" w:cs="Times New Roman"/>
        </w:rPr>
        <w:t>IV rata ………</w:t>
      </w:r>
      <w:r w:rsidR="00283E86">
        <w:rPr>
          <w:rFonts w:ascii="Times New Roman" w:hAnsi="Times New Roman" w:cs="Times New Roman"/>
        </w:rPr>
        <w:t>…...</w:t>
      </w:r>
    </w:p>
    <w:p w:rsidR="000C13DD" w:rsidRDefault="0088502D" w:rsidP="00283E86">
      <w:pPr>
        <w:numPr>
          <w:ilvl w:val="0"/>
          <w:numId w:val="23"/>
        </w:numPr>
        <w:ind w:left="-142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>Z</w:t>
      </w:r>
      <w:r w:rsidR="00283E86">
        <w:rPr>
          <w:rFonts w:ascii="Times New Roman" w:hAnsi="Times New Roman" w:cs="Times New Roman"/>
        </w:rPr>
        <w:t>aległości podatkowe:</w:t>
      </w:r>
    </w:p>
    <w:p w:rsidR="00283E86" w:rsidRPr="00967217" w:rsidRDefault="00283E86" w:rsidP="00283E86">
      <w:pPr>
        <w:ind w:left="-5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...……………………………………………………………………………………………………...…………………………………………………………………………………………………..................................................................................................................................................................</w:t>
      </w:r>
    </w:p>
    <w:p w:rsidR="000C13DD" w:rsidRPr="00967217" w:rsidRDefault="0088502D" w:rsidP="00283E86">
      <w:pPr>
        <w:numPr>
          <w:ilvl w:val="0"/>
          <w:numId w:val="23"/>
        </w:numPr>
        <w:ind w:left="-142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lastRenderedPageBreak/>
        <w:t xml:space="preserve">Czy wniosek złożono przed terminem płatności podatku? </w:t>
      </w:r>
      <w:r w:rsidRPr="00967217">
        <w:rPr>
          <w:rFonts w:ascii="Segoe UI Symbol" w:hAnsi="Segoe UI Symbol" w:cs="Segoe UI Symbol"/>
        </w:rPr>
        <w:t>☐</w:t>
      </w:r>
      <w:r w:rsidRPr="00967217">
        <w:rPr>
          <w:rFonts w:ascii="Times New Roman" w:hAnsi="Times New Roman" w:cs="Times New Roman"/>
        </w:rPr>
        <w:t xml:space="preserve"> tak </w:t>
      </w:r>
      <w:r w:rsidRPr="00967217">
        <w:rPr>
          <w:rFonts w:ascii="Segoe UI Symbol" w:hAnsi="Segoe UI Symbol" w:cs="Segoe UI Symbol"/>
        </w:rPr>
        <w:t>☐</w:t>
      </w:r>
      <w:r w:rsidRPr="00967217">
        <w:rPr>
          <w:rFonts w:ascii="Times New Roman" w:hAnsi="Times New Roman" w:cs="Times New Roman"/>
        </w:rPr>
        <w:t xml:space="preserve"> nie</w:t>
      </w:r>
    </w:p>
    <w:p w:rsidR="000C13DD" w:rsidRDefault="0088502D" w:rsidP="00283E86">
      <w:pPr>
        <w:numPr>
          <w:ilvl w:val="0"/>
          <w:numId w:val="23"/>
        </w:numPr>
        <w:ind w:left="-142"/>
        <w:rPr>
          <w:rFonts w:ascii="Times New Roman" w:hAnsi="Times New Roman" w:cs="Times New Roman"/>
        </w:rPr>
      </w:pPr>
      <w:r w:rsidRPr="00967217">
        <w:rPr>
          <w:rFonts w:ascii="Times New Roman" w:hAnsi="Times New Roman" w:cs="Times New Roman"/>
        </w:rPr>
        <w:t xml:space="preserve">Inne ustalenia: </w:t>
      </w:r>
    </w:p>
    <w:p w:rsidR="00A7466A" w:rsidRPr="00967217" w:rsidRDefault="00A7466A" w:rsidP="00A7466A">
      <w:pPr>
        <w:ind w:left="-50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C13DD" w:rsidRDefault="00A7466A" w:rsidP="00283E86">
      <w:pPr>
        <w:numPr>
          <w:ilvl w:val="0"/>
          <w:numId w:val="23"/>
        </w:numPr>
        <w:ind w:left="-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Propozycje:</w:t>
      </w:r>
    </w:p>
    <w:p w:rsidR="00A7466A" w:rsidRPr="00967217" w:rsidRDefault="00A7466A" w:rsidP="00A7466A">
      <w:pPr>
        <w:spacing w:after="240"/>
        <w:ind w:left="-50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7466A" w:rsidRDefault="00A746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</w:t>
      </w:r>
      <w:r w:rsidR="0088502D" w:rsidRPr="00967217">
        <w:rPr>
          <w:rFonts w:ascii="Times New Roman" w:hAnsi="Times New Roman" w:cs="Times New Roman"/>
        </w:rPr>
        <w:t xml:space="preserve">…………………………………………… </w:t>
      </w:r>
    </w:p>
    <w:p w:rsidR="000C13DD" w:rsidRPr="00A7466A" w:rsidRDefault="0088502D" w:rsidP="008A5A51">
      <w:pPr>
        <w:spacing w:after="480"/>
        <w:jc w:val="right"/>
        <w:rPr>
          <w:rFonts w:ascii="Times New Roman" w:hAnsi="Times New Roman" w:cs="Times New Roman"/>
          <w:b/>
        </w:rPr>
      </w:pPr>
      <w:r w:rsidRPr="00A7466A">
        <w:rPr>
          <w:rFonts w:ascii="Times New Roman" w:hAnsi="Times New Roman" w:cs="Times New Roman"/>
          <w:b/>
        </w:rPr>
        <w:t>Kierownik Referatu Finansów</w:t>
      </w:r>
    </w:p>
    <w:p w:rsidR="000C13DD" w:rsidRPr="00A7466A" w:rsidRDefault="0088502D" w:rsidP="00A7466A">
      <w:pPr>
        <w:pStyle w:val="Tekstpodstawowy"/>
        <w:ind w:left="-567"/>
        <w:rPr>
          <w:rFonts w:ascii="Times New Roman" w:hAnsi="Times New Roman" w:cs="Times New Roman"/>
          <w:sz w:val="22"/>
        </w:rPr>
      </w:pPr>
      <w:r w:rsidRPr="00A7466A">
        <w:rPr>
          <w:rFonts w:ascii="Times New Roman" w:hAnsi="Times New Roman" w:cs="Times New Roman"/>
          <w:b/>
          <w:bCs/>
          <w:sz w:val="22"/>
        </w:rPr>
        <w:t>Zgoda i oświadczenie</w:t>
      </w:r>
    </w:p>
    <w:p w:rsidR="000C13DD" w:rsidRPr="00A7466A" w:rsidRDefault="0088502D" w:rsidP="00A7466A">
      <w:pPr>
        <w:pStyle w:val="Tekstpodstawowy"/>
        <w:ind w:left="-567"/>
        <w:jc w:val="both"/>
        <w:rPr>
          <w:rFonts w:ascii="Times New Roman" w:hAnsi="Times New Roman" w:cs="Times New Roman"/>
          <w:sz w:val="22"/>
        </w:rPr>
      </w:pPr>
      <w:r w:rsidRPr="00A7466A">
        <w:rPr>
          <w:rFonts w:ascii="Times New Roman" w:hAnsi="Times New Roman" w:cs="Times New Roman"/>
          <w:sz w:val="22"/>
        </w:rPr>
        <w:t>Wyrażam zgodę na przetwarzanie moich danych osobowych w zakresie niezbędnym do rozpatrzenia wniosku, w tym ich zbieranie, utrwalanie, przechowywanie, udostępnianie, usuwanie i pozyskiwanie, w sądach, prokuraturze, policji, ośrodkach interwencji kryzysowej i innych organizacjach o podobnym zakresie działania.</w:t>
      </w:r>
    </w:p>
    <w:p w:rsidR="000C13DD" w:rsidRPr="00A7466A" w:rsidRDefault="0088502D" w:rsidP="00A7466A">
      <w:pPr>
        <w:pStyle w:val="Tekstpodstawowy"/>
        <w:spacing w:after="360"/>
        <w:ind w:left="-567"/>
        <w:rPr>
          <w:rFonts w:ascii="Times New Roman" w:hAnsi="Times New Roman" w:cs="Times New Roman"/>
          <w:sz w:val="22"/>
        </w:rPr>
      </w:pPr>
      <w:r w:rsidRPr="00A7466A">
        <w:rPr>
          <w:rFonts w:ascii="Times New Roman" w:hAnsi="Times New Roman" w:cs="Times New Roman"/>
          <w:sz w:val="22"/>
        </w:rPr>
        <w:t>Oświadczam, że podane przeze mnie dane są zgodne z prawdą.</w:t>
      </w:r>
    </w:p>
    <w:p w:rsidR="000C13DD" w:rsidRPr="00A7466A" w:rsidRDefault="00A7466A" w:rsidP="008A5A51">
      <w:pPr>
        <w:pStyle w:val="Tekstpodstawowy"/>
        <w:spacing w:after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  <w:r w:rsidR="0088502D" w:rsidRPr="00A7466A">
        <w:rPr>
          <w:rFonts w:ascii="Times New Roman" w:hAnsi="Times New Roman" w:cs="Times New Roman"/>
        </w:rPr>
        <w:t>…………………………………………… Miejscowość, data</w:t>
      </w:r>
      <w:r>
        <w:rPr>
          <w:rFonts w:ascii="Times New Roman" w:hAnsi="Times New Roman" w:cs="Times New Roman"/>
        </w:rPr>
        <w:t xml:space="preserve">                                                                       Podpis W</w:t>
      </w:r>
      <w:r w:rsidR="0088502D" w:rsidRPr="00A7466A">
        <w:rPr>
          <w:rFonts w:ascii="Times New Roman" w:hAnsi="Times New Roman" w:cs="Times New Roman"/>
        </w:rPr>
        <w:t>nioskodawcy</w:t>
      </w:r>
    </w:p>
    <w:p w:rsidR="000C13DD" w:rsidRPr="008A5A51" w:rsidRDefault="0088502D" w:rsidP="00A7466A">
      <w:pPr>
        <w:pStyle w:val="Tekstpodstawowy"/>
        <w:jc w:val="both"/>
        <w:rPr>
          <w:rFonts w:ascii="Times New Roman" w:hAnsi="Times New Roman" w:cs="Times New Roman"/>
          <w:sz w:val="20"/>
          <w:szCs w:val="20"/>
        </w:rPr>
      </w:pPr>
      <w:r w:rsidRPr="008A5A51">
        <w:rPr>
          <w:rFonts w:ascii="Times New Roman" w:hAnsi="Times New Roman" w:cs="Times New Roman"/>
          <w:b/>
          <w:bCs/>
          <w:sz w:val="20"/>
          <w:szCs w:val="20"/>
        </w:rPr>
        <w:t>Wyjaśnienia</w:t>
      </w:r>
    </w:p>
    <w:p w:rsidR="000C13DD" w:rsidRPr="008A5A51" w:rsidRDefault="0088502D" w:rsidP="00A7466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A5A51">
        <w:rPr>
          <w:rFonts w:ascii="Times New Roman" w:hAnsi="Times New Roman" w:cs="Times New Roman"/>
          <w:sz w:val="20"/>
          <w:szCs w:val="20"/>
        </w:rPr>
        <w:t>Wniosek o umorzenie podatku można złożyć przed upływem terminu jego płatności. Wniosek o umorzenie zaległości podatkowej, odsetek za zwłokę lub opłaty prolongacyjnej składa się po upływie terminu płatności zobowiązania. Umorzenie podatku nie może nastąpić z urzędu, a wniosek jest warunkiem wszczęcia postępowania.</w:t>
      </w:r>
    </w:p>
    <w:p w:rsidR="000C13DD" w:rsidRPr="008A5A51" w:rsidRDefault="0088502D" w:rsidP="00A7466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A5A51">
        <w:rPr>
          <w:rFonts w:ascii="Times New Roman" w:hAnsi="Times New Roman" w:cs="Times New Roman"/>
          <w:sz w:val="20"/>
          <w:szCs w:val="20"/>
        </w:rPr>
        <w:t>Do wniosku dołączyć zaświadczenia o wysokości dochodu osób tworzących wspólne gospodarstwo domowe, kserokopię dokumentu potwierdzającego zarejestrowanie osób bezrobotnych w Powiatowym Urzędzie Pracy, a w przypadku choroby – zaświadczenie o stanie zdrowia.</w:t>
      </w:r>
    </w:p>
    <w:p w:rsidR="000C13DD" w:rsidRPr="008A5A51" w:rsidRDefault="0088502D" w:rsidP="00A7466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A5A51">
        <w:rPr>
          <w:rFonts w:ascii="Times New Roman" w:hAnsi="Times New Roman" w:cs="Times New Roman"/>
          <w:sz w:val="20"/>
          <w:szCs w:val="20"/>
        </w:rPr>
        <w:t>Podatnicy korzystający z kredytów dołączają zaświadczenie z banków o posiadanym zadłużeniu.</w:t>
      </w:r>
    </w:p>
    <w:p w:rsidR="000C13DD" w:rsidRPr="008A5A51" w:rsidRDefault="0088502D" w:rsidP="00A7466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A5A51">
        <w:rPr>
          <w:rFonts w:ascii="Times New Roman" w:hAnsi="Times New Roman" w:cs="Times New Roman"/>
          <w:sz w:val="20"/>
          <w:szCs w:val="20"/>
        </w:rPr>
        <w:t>Przedsiębiorcy, także rolnicy,</w:t>
      </w:r>
      <w:r w:rsidR="006359A1" w:rsidRPr="008A5A51">
        <w:rPr>
          <w:rFonts w:ascii="Times New Roman" w:hAnsi="Times New Roman" w:cs="Times New Roman"/>
          <w:sz w:val="20"/>
          <w:szCs w:val="20"/>
        </w:rPr>
        <w:t xml:space="preserve"> dołączają formularze informacji przedstawianych przy ubieganiu się o pomoc de </w:t>
      </w:r>
      <w:proofErr w:type="spellStart"/>
      <w:r w:rsidR="006359A1" w:rsidRPr="008A5A51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="006359A1" w:rsidRPr="008A5A51">
        <w:rPr>
          <w:rFonts w:ascii="Times New Roman" w:hAnsi="Times New Roman" w:cs="Times New Roman"/>
          <w:sz w:val="20"/>
          <w:szCs w:val="20"/>
        </w:rPr>
        <w:t xml:space="preserve">/de </w:t>
      </w:r>
      <w:proofErr w:type="spellStart"/>
      <w:r w:rsidR="006359A1" w:rsidRPr="008A5A51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="006359A1" w:rsidRPr="008A5A51">
        <w:rPr>
          <w:rFonts w:ascii="Times New Roman" w:hAnsi="Times New Roman" w:cs="Times New Roman"/>
          <w:sz w:val="20"/>
          <w:szCs w:val="20"/>
        </w:rPr>
        <w:t xml:space="preserve"> w rolnictwie lub rybołówstwie oraz</w:t>
      </w:r>
      <w:r w:rsidRPr="008A5A51">
        <w:rPr>
          <w:rFonts w:ascii="Times New Roman" w:hAnsi="Times New Roman" w:cs="Times New Roman"/>
          <w:sz w:val="20"/>
          <w:szCs w:val="20"/>
        </w:rPr>
        <w:t xml:space="preserve"> składają o</w:t>
      </w:r>
      <w:r w:rsidR="00A7466A" w:rsidRPr="008A5A51">
        <w:rPr>
          <w:rFonts w:ascii="Times New Roman" w:hAnsi="Times New Roman" w:cs="Times New Roman"/>
          <w:sz w:val="20"/>
          <w:szCs w:val="20"/>
        </w:rPr>
        <w:t>świadczenia lub zaświadczenia o </w:t>
      </w:r>
      <w:r w:rsidRPr="008A5A51">
        <w:rPr>
          <w:rFonts w:ascii="Times New Roman" w:hAnsi="Times New Roman" w:cs="Times New Roman"/>
          <w:sz w:val="20"/>
          <w:szCs w:val="20"/>
        </w:rPr>
        <w:t xml:space="preserve">nieotrzymanej albo otrzymanej pomocy de </w:t>
      </w:r>
      <w:proofErr w:type="spellStart"/>
      <w:r w:rsidRPr="008A5A51">
        <w:rPr>
          <w:rFonts w:ascii="Times New Roman" w:hAnsi="Times New Roman" w:cs="Times New Roman"/>
          <w:sz w:val="20"/>
          <w:szCs w:val="20"/>
        </w:rPr>
        <w:t>minimis</w:t>
      </w:r>
      <w:proofErr w:type="spellEnd"/>
      <w:r w:rsidRPr="008A5A51">
        <w:rPr>
          <w:rFonts w:ascii="Times New Roman" w:hAnsi="Times New Roman" w:cs="Times New Roman"/>
          <w:sz w:val="20"/>
          <w:szCs w:val="20"/>
        </w:rPr>
        <w:t>.</w:t>
      </w:r>
    </w:p>
    <w:p w:rsidR="000C13DD" w:rsidRPr="008A5A51" w:rsidRDefault="0088502D" w:rsidP="00A7466A">
      <w:pPr>
        <w:numPr>
          <w:ilvl w:val="0"/>
          <w:numId w:val="2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8A5A51">
        <w:rPr>
          <w:rFonts w:ascii="Times New Roman" w:hAnsi="Times New Roman" w:cs="Times New Roman"/>
          <w:sz w:val="20"/>
          <w:szCs w:val="20"/>
        </w:rPr>
        <w:t>Ulgi udzielane są w przypadkach uzasadnionych ważnym interesem podatnika lub interesem publicznym, z zastrzeżenie</w:t>
      </w:r>
      <w:r w:rsidR="006359A1" w:rsidRPr="008A5A51">
        <w:rPr>
          <w:rFonts w:ascii="Times New Roman" w:hAnsi="Times New Roman" w:cs="Times New Roman"/>
          <w:sz w:val="20"/>
          <w:szCs w:val="20"/>
        </w:rPr>
        <w:t>m art. 67b Ordynacji podatkowej, co powinno zostać przedstawione przez Wniosko</w:t>
      </w:r>
      <w:r w:rsidR="00FB52AE" w:rsidRPr="008A5A51">
        <w:rPr>
          <w:rFonts w:ascii="Times New Roman" w:hAnsi="Times New Roman" w:cs="Times New Roman"/>
          <w:sz w:val="20"/>
          <w:szCs w:val="20"/>
        </w:rPr>
        <w:t>dawcę</w:t>
      </w:r>
      <w:r w:rsidR="006359A1" w:rsidRPr="008A5A51">
        <w:rPr>
          <w:rFonts w:ascii="Times New Roman" w:hAnsi="Times New Roman" w:cs="Times New Roman"/>
          <w:sz w:val="20"/>
          <w:szCs w:val="20"/>
        </w:rPr>
        <w:t xml:space="preserve"> w załączonej do wniosku dokumentacji</w:t>
      </w:r>
      <w:r w:rsidR="00FB52AE" w:rsidRPr="008A5A51">
        <w:rPr>
          <w:rFonts w:ascii="Times New Roman" w:hAnsi="Times New Roman" w:cs="Times New Roman"/>
          <w:sz w:val="20"/>
          <w:szCs w:val="20"/>
        </w:rPr>
        <w:t>.</w:t>
      </w:r>
      <w:bookmarkStart w:id="0" w:name="_GoBack"/>
      <w:bookmarkEnd w:id="0"/>
    </w:p>
    <w:p w:rsidR="000C13DD" w:rsidRDefault="0088502D">
      <w:r>
        <w:t> </w:t>
      </w:r>
    </w:p>
    <w:p w:rsidR="000C13DD" w:rsidRDefault="0088502D">
      <w:pPr>
        <w:pStyle w:val="Tekstpodstawowy"/>
      </w:pPr>
      <w:r>
        <w:lastRenderedPageBreak/>
        <w:t> </w:t>
      </w:r>
    </w:p>
    <w:sectPr w:rsidR="000C13DD" w:rsidSect="00420D0B">
      <w:footerReference w:type="default" r:id="rId8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8CF" w:rsidRDefault="005618CF">
      <w:pPr>
        <w:spacing w:after="0" w:line="240" w:lineRule="auto"/>
      </w:pPr>
      <w:r>
        <w:separator/>
      </w:r>
    </w:p>
  </w:endnote>
  <w:endnote w:type="continuationSeparator" w:id="0">
    <w:p w:rsidR="005618CF" w:rsidRDefault="00561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13DD" w:rsidRDefault="0088502D">
    <w:pPr>
      <w:pStyle w:val="Stopka"/>
      <w:jc w:val="right"/>
    </w:pPr>
    <w:r>
      <w:rPr>
        <w:sz w:val="18"/>
      </w:rPr>
      <w:fldChar w:fldCharType="begin"/>
    </w:r>
    <w:r>
      <w:rPr>
        <w:sz w:val="18"/>
      </w:rPr>
      <w:instrText>PAGE</w:instrText>
    </w:r>
    <w:r>
      <w:rPr>
        <w:sz w:val="18"/>
      </w:rPr>
      <w:fldChar w:fldCharType="separate"/>
    </w:r>
    <w:r w:rsidR="00AD122E">
      <w:rPr>
        <w:noProof/>
        <w:sz w:val="18"/>
      </w:rPr>
      <w:t>6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8CF" w:rsidRDefault="005618CF">
      <w:pPr>
        <w:spacing w:after="0" w:line="240" w:lineRule="auto"/>
      </w:pPr>
      <w:r>
        <w:separator/>
      </w:r>
    </w:p>
  </w:footnote>
  <w:footnote w:type="continuationSeparator" w:id="0">
    <w:p w:rsidR="005618CF" w:rsidRDefault="00561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0"/>
    <w:multiLevelType w:val="multilevel"/>
    <w:tmpl w:val="3360404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0" w15:restartNumberingAfterBreak="0">
    <w:nsid w:val="00A99411"/>
    <w:multiLevelType w:val="multilevel"/>
    <w:tmpl w:val="04E4F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1B6A6757"/>
    <w:multiLevelType w:val="multilevel"/>
    <w:tmpl w:val="85E29F3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48A6470A"/>
    <w:multiLevelType w:val="hybridMultilevel"/>
    <w:tmpl w:val="2D1CD05E"/>
    <w:lvl w:ilvl="0" w:tplc="04150017">
      <w:start w:val="1"/>
      <w:numFmt w:val="lowerLetter"/>
      <w:lvlText w:val="%1)"/>
      <w:lvlJc w:val="left"/>
      <w:pPr>
        <w:ind w:left="218" w:hanging="360"/>
      </w:p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094A"/>
    <w:rsid w:val="00034616"/>
    <w:rsid w:val="000432D2"/>
    <w:rsid w:val="0006063C"/>
    <w:rsid w:val="000A1F25"/>
    <w:rsid w:val="000C13DD"/>
    <w:rsid w:val="00103E90"/>
    <w:rsid w:val="0015074B"/>
    <w:rsid w:val="00203AD1"/>
    <w:rsid w:val="00206A3C"/>
    <w:rsid w:val="002361B5"/>
    <w:rsid w:val="00283E86"/>
    <w:rsid w:val="0029639D"/>
    <w:rsid w:val="00326F90"/>
    <w:rsid w:val="00420D0B"/>
    <w:rsid w:val="00484DF7"/>
    <w:rsid w:val="005618CF"/>
    <w:rsid w:val="00572425"/>
    <w:rsid w:val="006359A1"/>
    <w:rsid w:val="007F70BA"/>
    <w:rsid w:val="0088502D"/>
    <w:rsid w:val="008A5A51"/>
    <w:rsid w:val="008D66EB"/>
    <w:rsid w:val="00914BAD"/>
    <w:rsid w:val="00952541"/>
    <w:rsid w:val="00967217"/>
    <w:rsid w:val="00A12A6F"/>
    <w:rsid w:val="00A7466A"/>
    <w:rsid w:val="00A86273"/>
    <w:rsid w:val="00AA1D8D"/>
    <w:rsid w:val="00AD122E"/>
    <w:rsid w:val="00B47730"/>
    <w:rsid w:val="00B912EB"/>
    <w:rsid w:val="00BF563C"/>
    <w:rsid w:val="00C07F33"/>
    <w:rsid w:val="00CB0664"/>
    <w:rsid w:val="00DA736A"/>
    <w:rsid w:val="00DD4C55"/>
    <w:rsid w:val="00E10D09"/>
    <w:rsid w:val="00ED5490"/>
    <w:rsid w:val="00F778AC"/>
    <w:rsid w:val="00FB52AE"/>
    <w:rsid w:val="00FC693F"/>
    <w:rsid w:val="00FE4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30A8991-51F0-4F82-8B54-07343D13B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Calibri" w:hAnsi="Calibri"/>
      <w:color w:val="000000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sz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table" w:customStyle="1" w:styleId="Table">
    <w:name w:val="Table"/>
    <w:basedOn w:val="Standardowy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VerbatimChar">
    <w:name w:val="Verbatim Char"/>
    <w:basedOn w:val="TekstpodstawowyZnak"/>
    <w:link w:val="SourceCode"/>
    <w:rPr>
      <w:rFonts w:ascii="Consolas" w:hAnsi="Consolas" w:cs="Consolas"/>
      <w:noProof/>
      <w:sz w:val="22"/>
      <w:szCs w:val="22"/>
    </w:rPr>
  </w:style>
  <w:style w:type="paragraph" w:customStyle="1" w:styleId="SourceCode">
    <w:name w:val="Source Code"/>
    <w:basedOn w:val="Normalny"/>
    <w:link w:val="VerbatimChar"/>
    <w:pPr>
      <w:wordWrap w:val="0"/>
      <w:spacing w:before="120" w:after="0" w:line="240" w:lineRule="auto"/>
    </w:pPr>
    <w:rPr>
      <w:rFonts w:ascii="Consolas" w:hAnsi="Consolas" w:cs="Consolas"/>
      <w:sz w:val="22"/>
    </w:rPr>
  </w:style>
  <w:style w:type="character" w:customStyle="1" w:styleId="KeywordTok">
    <w:name w:val="Keyword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DataTypeTok">
    <w:name w:val="DataTypeTok"/>
    <w:basedOn w:val="VerbatimChar"/>
    <w:rPr>
      <w:rFonts w:ascii="Consolas" w:hAnsi="Consolas" w:cs="Consolas"/>
      <w:noProof/>
      <w:color w:val="902000"/>
      <w:sz w:val="22"/>
      <w:szCs w:val="22"/>
    </w:rPr>
  </w:style>
  <w:style w:type="character" w:customStyle="1" w:styleId="DecValTok">
    <w:name w:val="DecVal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BaseNTok">
    <w:name w:val="BaseN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FloatTok">
    <w:name w:val="FloatTok"/>
    <w:basedOn w:val="VerbatimChar"/>
    <w:rPr>
      <w:rFonts w:ascii="Consolas" w:hAnsi="Consolas" w:cs="Consolas"/>
      <w:noProof/>
      <w:color w:val="40A070"/>
      <w:sz w:val="22"/>
      <w:szCs w:val="22"/>
    </w:rPr>
  </w:style>
  <w:style w:type="character" w:customStyle="1" w:styleId="ConstantTok">
    <w:name w:val="ConstantTok"/>
    <w:basedOn w:val="VerbatimChar"/>
    <w:rPr>
      <w:rFonts w:ascii="Consolas" w:hAnsi="Consolas" w:cs="Consolas"/>
      <w:noProof/>
      <w:color w:val="880000"/>
      <w:sz w:val="22"/>
      <w:szCs w:val="22"/>
    </w:rPr>
  </w:style>
  <w:style w:type="character" w:customStyle="1" w:styleId="CharTok">
    <w:name w:val="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CharTok">
    <w:name w:val="SpecialChar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tringTok">
    <w:name w:val="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VerbatimStringTok">
    <w:name w:val="VerbatimStringTok"/>
    <w:basedOn w:val="VerbatimChar"/>
    <w:rPr>
      <w:rFonts w:ascii="Consolas" w:hAnsi="Consolas" w:cs="Consolas"/>
      <w:noProof/>
      <w:color w:val="4070A0"/>
      <w:sz w:val="22"/>
      <w:szCs w:val="22"/>
    </w:rPr>
  </w:style>
  <w:style w:type="character" w:customStyle="1" w:styleId="SpecialStringTok">
    <w:name w:val="SpecialStringTok"/>
    <w:basedOn w:val="VerbatimChar"/>
    <w:rPr>
      <w:rFonts w:ascii="Consolas" w:hAnsi="Consolas" w:cs="Consolas"/>
      <w:noProof/>
      <w:color w:val="BB6688"/>
      <w:sz w:val="22"/>
      <w:szCs w:val="22"/>
    </w:rPr>
  </w:style>
  <w:style w:type="character" w:customStyle="1" w:styleId="ImportTok">
    <w:name w:val="ImportTok"/>
    <w:basedOn w:val="VerbatimChar"/>
    <w:rPr>
      <w:rFonts w:ascii="Consolas" w:hAnsi="Consolas" w:cs="Consolas"/>
      <w:b/>
      <w:noProof/>
      <w:color w:val="008000"/>
      <w:sz w:val="22"/>
      <w:szCs w:val="22"/>
    </w:rPr>
  </w:style>
  <w:style w:type="character" w:customStyle="1" w:styleId="CommentTok">
    <w:name w:val="CommentTok"/>
    <w:basedOn w:val="VerbatimChar"/>
    <w:rPr>
      <w:rFonts w:ascii="Consolas" w:hAnsi="Consolas" w:cs="Consolas"/>
      <w:i/>
      <w:noProof/>
      <w:color w:val="60A0B0"/>
      <w:sz w:val="22"/>
      <w:szCs w:val="22"/>
    </w:rPr>
  </w:style>
  <w:style w:type="character" w:customStyle="1" w:styleId="DocumentationTok">
    <w:name w:val="DocumentationTok"/>
    <w:basedOn w:val="VerbatimChar"/>
    <w:rPr>
      <w:rFonts w:ascii="Consolas" w:hAnsi="Consolas" w:cs="Consolas"/>
      <w:i/>
      <w:noProof/>
      <w:color w:val="BA2121"/>
      <w:sz w:val="22"/>
      <w:szCs w:val="22"/>
    </w:rPr>
  </w:style>
  <w:style w:type="character" w:customStyle="1" w:styleId="AnnotationTok">
    <w:name w:val="Annot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CommentVarTok">
    <w:name w:val="CommentVar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OtherTok">
    <w:name w:val="OtherTok"/>
    <w:basedOn w:val="VerbatimChar"/>
    <w:rPr>
      <w:rFonts w:ascii="Consolas" w:hAnsi="Consolas" w:cs="Consolas"/>
      <w:noProof/>
      <w:color w:val="007020"/>
      <w:sz w:val="22"/>
      <w:szCs w:val="22"/>
    </w:rPr>
  </w:style>
  <w:style w:type="character" w:customStyle="1" w:styleId="FunctionTok">
    <w:name w:val="FunctionTok"/>
    <w:basedOn w:val="VerbatimChar"/>
    <w:rPr>
      <w:rFonts w:ascii="Consolas" w:hAnsi="Consolas" w:cs="Consolas"/>
      <w:noProof/>
      <w:color w:val="06287E"/>
      <w:sz w:val="22"/>
      <w:szCs w:val="22"/>
    </w:rPr>
  </w:style>
  <w:style w:type="character" w:customStyle="1" w:styleId="VariableTok">
    <w:name w:val="VariableTok"/>
    <w:basedOn w:val="VerbatimChar"/>
    <w:rPr>
      <w:rFonts w:ascii="Consolas" w:hAnsi="Consolas" w:cs="Consolas"/>
      <w:noProof/>
      <w:color w:val="19177C"/>
      <w:sz w:val="22"/>
      <w:szCs w:val="22"/>
    </w:rPr>
  </w:style>
  <w:style w:type="character" w:customStyle="1" w:styleId="ControlFlowTok">
    <w:name w:val="ControlFlowTok"/>
    <w:basedOn w:val="VerbatimChar"/>
    <w:rPr>
      <w:rFonts w:ascii="Consolas" w:hAnsi="Consolas" w:cs="Consolas"/>
      <w:b/>
      <w:noProof/>
      <w:color w:val="007020"/>
      <w:sz w:val="22"/>
      <w:szCs w:val="22"/>
    </w:rPr>
  </w:style>
  <w:style w:type="character" w:customStyle="1" w:styleId="OperatorTok">
    <w:name w:val="OperatorTok"/>
    <w:basedOn w:val="VerbatimChar"/>
    <w:rPr>
      <w:rFonts w:ascii="Consolas" w:hAnsi="Consolas" w:cs="Consolas"/>
      <w:noProof/>
      <w:color w:val="666666"/>
      <w:sz w:val="22"/>
      <w:szCs w:val="22"/>
    </w:rPr>
  </w:style>
  <w:style w:type="character" w:customStyle="1" w:styleId="BuiltInTok">
    <w:name w:val="BuiltInTok"/>
    <w:basedOn w:val="VerbatimChar"/>
    <w:rPr>
      <w:rFonts w:ascii="Consolas" w:hAnsi="Consolas" w:cs="Consolas"/>
      <w:noProof/>
      <w:color w:val="008000"/>
      <w:sz w:val="22"/>
      <w:szCs w:val="22"/>
    </w:rPr>
  </w:style>
  <w:style w:type="character" w:customStyle="1" w:styleId="ExtensionTok">
    <w:name w:val="Extension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PreprocessorTok">
    <w:name w:val="PreprocessorTok"/>
    <w:basedOn w:val="VerbatimChar"/>
    <w:rPr>
      <w:rFonts w:ascii="Consolas" w:hAnsi="Consolas" w:cs="Consolas"/>
      <w:noProof/>
      <w:color w:val="BC7A00"/>
      <w:sz w:val="22"/>
      <w:szCs w:val="22"/>
    </w:rPr>
  </w:style>
  <w:style w:type="character" w:customStyle="1" w:styleId="AttributeTok">
    <w:name w:val="AttributeTok"/>
    <w:basedOn w:val="VerbatimChar"/>
    <w:rPr>
      <w:rFonts w:ascii="Consolas" w:hAnsi="Consolas" w:cs="Consolas"/>
      <w:noProof/>
      <w:color w:val="7D9029"/>
      <w:sz w:val="22"/>
      <w:szCs w:val="22"/>
    </w:rPr>
  </w:style>
  <w:style w:type="character" w:customStyle="1" w:styleId="RegionMarkerTok">
    <w:name w:val="RegionMarkerTok"/>
    <w:basedOn w:val="VerbatimChar"/>
    <w:rPr>
      <w:rFonts w:ascii="Consolas" w:hAnsi="Consolas" w:cs="Consolas"/>
      <w:noProof/>
      <w:sz w:val="22"/>
      <w:szCs w:val="22"/>
    </w:rPr>
  </w:style>
  <w:style w:type="character" w:customStyle="1" w:styleId="InformationTok">
    <w:name w:val="Information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WarningTok">
    <w:name w:val="WarningTok"/>
    <w:basedOn w:val="VerbatimChar"/>
    <w:rPr>
      <w:rFonts w:ascii="Consolas" w:hAnsi="Consolas" w:cs="Consolas"/>
      <w:b/>
      <w:i/>
      <w:noProof/>
      <w:color w:val="60A0B0"/>
      <w:sz w:val="22"/>
      <w:szCs w:val="22"/>
    </w:rPr>
  </w:style>
  <w:style w:type="character" w:customStyle="1" w:styleId="AlertTok">
    <w:name w:val="Alert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ErrorTok">
    <w:name w:val="ErrorTok"/>
    <w:basedOn w:val="VerbatimChar"/>
    <w:rPr>
      <w:rFonts w:ascii="Consolas" w:hAnsi="Consolas" w:cs="Consolas"/>
      <w:b/>
      <w:noProof/>
      <w:color w:val="FF0000"/>
      <w:sz w:val="22"/>
      <w:szCs w:val="22"/>
    </w:rPr>
  </w:style>
  <w:style w:type="character" w:customStyle="1" w:styleId="NormalTok">
    <w:name w:val="NormalTok"/>
    <w:basedOn w:val="VerbatimChar"/>
    <w:rPr>
      <w:rFonts w:ascii="Consolas" w:hAnsi="Consolas" w:cs="Consolas"/>
      <w:noProof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5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63C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F866F-8C06-41FA-A697-4A8D794D1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1043</Words>
  <Characters>6263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7292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Konto Microsoft</dc:creator>
  <cp:keywords/>
  <dc:description>Document produced on the LOGiT FLOW platform with AI assistance.</dc:description>
  <cp:lastModifiedBy>Konto Microsoft</cp:lastModifiedBy>
  <cp:revision>25</cp:revision>
  <cp:lastPrinted>2026-10-19T10:48:00Z</cp:lastPrinted>
  <dcterms:created xsi:type="dcterms:W3CDTF">2026-10-09T05:45:00Z</dcterms:created>
  <dcterms:modified xsi:type="dcterms:W3CDTF">2026-10-19T10:55:00Z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iTFLOW.Platform">
    <vt:lpwstr>LOGiT FLOW</vt:lpwstr>
  </property>
  <property fmtid="{D5CDD505-2E9C-101B-9397-08002B2CF9AE}" pid="3" name="LOGiTFLOW.AIGenerated">
    <vt:bool>true</vt:bool>
  </property>
  <property fmtid="{D5CDD505-2E9C-101B-9397-08002B2CF9AE}" pid="4" name="LOGiTFLOW.Provenance">
    <vt:lpwstr>ai-generated</vt:lpwstr>
  </property>
  <property fmtid="{D5CDD505-2E9C-101B-9397-08002B2CF9AE}" pid="5" name="LOGiTFLOW.DigitalSourceType">
    <vt:lpwstr>http://cv.iptc.org/newscodes/digitalsourcetype/trainedAlgorithmicMedia</vt:lpwstr>
  </property>
  <property fmtid="{D5CDD505-2E9C-101B-9397-08002B2CF9AE}" pid="6" name="LOGiTFLOW.GeneratedAt">
    <vt:filetime>2026-10-09T05:44:34Z</vt:filetime>
  </property>
</Properties>
</file>